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9964B" w14:textId="77777777" w:rsidR="006B0EB6" w:rsidRPr="006B0EB6" w:rsidRDefault="006B0EB6">
      <w:pPr>
        <w:spacing w:after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B0EB6">
        <w:rPr>
          <w:rFonts w:ascii="Times New Roman" w:hAnsi="Times New Roman" w:cs="Times New Roman"/>
          <w:b/>
          <w:bCs/>
          <w:sz w:val="24"/>
          <w:szCs w:val="24"/>
          <w:u w:val="single"/>
        </w:rPr>
        <w:t>NACRT ODLUKE</w:t>
      </w:r>
    </w:p>
    <w:p w14:paraId="54C76B57" w14:textId="2B877EAF" w:rsidR="004C3E4D" w:rsidRPr="00185901" w:rsidRDefault="00F96DD3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1869" w:rsidRPr="002D1869">
        <w:rPr>
          <w:rFonts w:ascii="Times New Roman" w:hAnsi="Times New Roman" w:cs="Times New Roman"/>
          <w:sz w:val="24"/>
          <w:szCs w:val="24"/>
        </w:rPr>
        <w:t>Na temelju članka 289. stavka 7. Zakona o socijalnoj skrbi ("Narodne novine" broj 18/22</w:t>
      </w:r>
      <w:r w:rsidR="002D1869">
        <w:rPr>
          <w:rFonts w:ascii="Times New Roman" w:hAnsi="Times New Roman" w:cs="Times New Roman"/>
          <w:sz w:val="24"/>
          <w:szCs w:val="24"/>
        </w:rPr>
        <w:t>.</w:t>
      </w:r>
      <w:r w:rsidR="002D1869" w:rsidRPr="002D1869">
        <w:rPr>
          <w:rFonts w:ascii="Times New Roman" w:hAnsi="Times New Roman" w:cs="Times New Roman"/>
          <w:sz w:val="24"/>
          <w:szCs w:val="24"/>
        </w:rPr>
        <w:t>, 46/22</w:t>
      </w:r>
      <w:r w:rsidR="002D1869">
        <w:rPr>
          <w:rFonts w:ascii="Times New Roman" w:hAnsi="Times New Roman" w:cs="Times New Roman"/>
          <w:sz w:val="24"/>
          <w:szCs w:val="24"/>
        </w:rPr>
        <w:t>.</w:t>
      </w:r>
      <w:r w:rsidR="002D1869" w:rsidRPr="002D1869">
        <w:rPr>
          <w:rFonts w:ascii="Times New Roman" w:hAnsi="Times New Roman" w:cs="Times New Roman"/>
          <w:sz w:val="24"/>
          <w:szCs w:val="24"/>
        </w:rPr>
        <w:t>, 119/22</w:t>
      </w:r>
      <w:r w:rsidR="002D1869">
        <w:rPr>
          <w:rFonts w:ascii="Times New Roman" w:hAnsi="Times New Roman" w:cs="Times New Roman"/>
          <w:sz w:val="24"/>
          <w:szCs w:val="24"/>
        </w:rPr>
        <w:t>.</w:t>
      </w:r>
      <w:r w:rsidR="002D1869" w:rsidRPr="002D1869">
        <w:rPr>
          <w:rFonts w:ascii="Times New Roman" w:hAnsi="Times New Roman" w:cs="Times New Roman"/>
          <w:sz w:val="24"/>
          <w:szCs w:val="24"/>
        </w:rPr>
        <w:t>, 71/23</w:t>
      </w:r>
      <w:r w:rsidR="002D1869">
        <w:rPr>
          <w:rFonts w:ascii="Times New Roman" w:hAnsi="Times New Roman" w:cs="Times New Roman"/>
          <w:sz w:val="24"/>
          <w:szCs w:val="24"/>
        </w:rPr>
        <w:t>.</w:t>
      </w:r>
      <w:r w:rsidR="002D1869" w:rsidRPr="002D1869">
        <w:rPr>
          <w:rFonts w:ascii="Times New Roman" w:hAnsi="Times New Roman" w:cs="Times New Roman"/>
          <w:sz w:val="24"/>
          <w:szCs w:val="24"/>
        </w:rPr>
        <w:t>, 156/23</w:t>
      </w:r>
      <w:r w:rsidR="002D1869">
        <w:rPr>
          <w:rFonts w:ascii="Times New Roman" w:hAnsi="Times New Roman" w:cs="Times New Roman"/>
          <w:sz w:val="24"/>
          <w:szCs w:val="24"/>
        </w:rPr>
        <w:t>.</w:t>
      </w:r>
      <w:r w:rsidR="002D1869" w:rsidRPr="002D1869">
        <w:rPr>
          <w:rFonts w:ascii="Times New Roman" w:hAnsi="Times New Roman" w:cs="Times New Roman"/>
          <w:sz w:val="24"/>
          <w:szCs w:val="24"/>
        </w:rPr>
        <w:t xml:space="preserve"> i 61/25</w:t>
      </w:r>
      <w:r w:rsidR="002D1869">
        <w:rPr>
          <w:rFonts w:ascii="Times New Roman" w:hAnsi="Times New Roman" w:cs="Times New Roman"/>
          <w:sz w:val="24"/>
          <w:szCs w:val="24"/>
        </w:rPr>
        <w:t>.) i</w:t>
      </w:r>
      <w:r w:rsidRPr="002C2B33">
        <w:rPr>
          <w:rFonts w:ascii="Times New Roman" w:hAnsi="Times New Roman" w:cs="Times New Roman"/>
          <w:sz w:val="24"/>
          <w:szCs w:val="24"/>
        </w:rPr>
        <w:t xml:space="preserve"> </w:t>
      </w:r>
      <w:r w:rsidRPr="009273E6">
        <w:rPr>
          <w:rFonts w:ascii="Times New Roman" w:hAnsi="Times New Roman" w:cs="Times New Roman"/>
          <w:sz w:val="24"/>
          <w:szCs w:val="24"/>
        </w:rPr>
        <w:t xml:space="preserve">članka </w:t>
      </w:r>
      <w:r w:rsidR="008E6050">
        <w:rPr>
          <w:rFonts w:ascii="Times New Roman" w:hAnsi="Times New Roman" w:cs="Times New Roman"/>
          <w:sz w:val="24"/>
          <w:szCs w:val="24"/>
        </w:rPr>
        <w:t>37</w:t>
      </w:r>
      <w:r w:rsidRPr="009273E6">
        <w:rPr>
          <w:rFonts w:ascii="Times New Roman" w:hAnsi="Times New Roman" w:cs="Times New Roman"/>
          <w:sz w:val="24"/>
          <w:szCs w:val="24"/>
        </w:rPr>
        <w:t xml:space="preserve">. </w:t>
      </w:r>
      <w:r w:rsidR="000C2F38" w:rsidRPr="009273E6">
        <w:rPr>
          <w:rFonts w:ascii="Times New Roman" w:hAnsi="Times New Roman" w:cs="Times New Roman"/>
          <w:sz w:val="24"/>
          <w:szCs w:val="24"/>
        </w:rPr>
        <w:t>Statut</w:t>
      </w:r>
      <w:r w:rsidR="009273E6" w:rsidRPr="009273E6">
        <w:rPr>
          <w:rFonts w:ascii="Times New Roman" w:hAnsi="Times New Roman" w:cs="Times New Roman"/>
          <w:sz w:val="24"/>
          <w:szCs w:val="24"/>
        </w:rPr>
        <w:t>a</w:t>
      </w:r>
      <w:r w:rsidR="000C2F38" w:rsidRPr="00185901">
        <w:rPr>
          <w:rFonts w:ascii="Times New Roman" w:hAnsi="Times New Roman" w:cs="Times New Roman"/>
          <w:sz w:val="24"/>
          <w:szCs w:val="24"/>
        </w:rPr>
        <w:t xml:space="preserve"> Koprivničko-križevačke županije („Službeni glasnik Koprivničko-križevačke županije“ broj 7/13</w:t>
      </w:r>
      <w:r w:rsidR="008E6050">
        <w:rPr>
          <w:rFonts w:ascii="Times New Roman" w:hAnsi="Times New Roman" w:cs="Times New Roman"/>
          <w:sz w:val="24"/>
          <w:szCs w:val="24"/>
        </w:rPr>
        <w:t>.</w:t>
      </w:r>
      <w:r w:rsidR="000C2F38" w:rsidRPr="00185901">
        <w:rPr>
          <w:rFonts w:ascii="Times New Roman" w:hAnsi="Times New Roman" w:cs="Times New Roman"/>
          <w:sz w:val="24"/>
          <w:szCs w:val="24"/>
        </w:rPr>
        <w:t>, 14/13</w:t>
      </w:r>
      <w:r w:rsidR="008E6050">
        <w:rPr>
          <w:rFonts w:ascii="Times New Roman" w:hAnsi="Times New Roman" w:cs="Times New Roman"/>
          <w:sz w:val="24"/>
          <w:szCs w:val="24"/>
        </w:rPr>
        <w:t>.</w:t>
      </w:r>
      <w:r w:rsidR="000C2F38" w:rsidRPr="00185901">
        <w:rPr>
          <w:rFonts w:ascii="Times New Roman" w:hAnsi="Times New Roman" w:cs="Times New Roman"/>
          <w:sz w:val="24"/>
          <w:szCs w:val="24"/>
        </w:rPr>
        <w:t>, 9/15</w:t>
      </w:r>
      <w:r w:rsidR="008E6050">
        <w:rPr>
          <w:rFonts w:ascii="Times New Roman" w:hAnsi="Times New Roman" w:cs="Times New Roman"/>
          <w:sz w:val="24"/>
          <w:szCs w:val="24"/>
        </w:rPr>
        <w:t>.</w:t>
      </w:r>
      <w:r w:rsidR="000C2F38" w:rsidRPr="00185901">
        <w:rPr>
          <w:rFonts w:ascii="Times New Roman" w:hAnsi="Times New Roman" w:cs="Times New Roman"/>
          <w:sz w:val="24"/>
          <w:szCs w:val="24"/>
        </w:rPr>
        <w:t>, 11/15</w:t>
      </w:r>
      <w:r w:rsidR="008E6050">
        <w:rPr>
          <w:rFonts w:ascii="Times New Roman" w:hAnsi="Times New Roman" w:cs="Times New Roman"/>
          <w:sz w:val="24"/>
          <w:szCs w:val="24"/>
        </w:rPr>
        <w:t>.</w:t>
      </w:r>
      <w:r w:rsidR="000C2F38" w:rsidRPr="00185901">
        <w:rPr>
          <w:rFonts w:ascii="Times New Roman" w:hAnsi="Times New Roman" w:cs="Times New Roman"/>
          <w:sz w:val="24"/>
          <w:szCs w:val="24"/>
        </w:rPr>
        <w:t>-pročišćeni tekst, 2/18</w:t>
      </w:r>
      <w:r w:rsidR="008E6050">
        <w:rPr>
          <w:rFonts w:ascii="Times New Roman" w:hAnsi="Times New Roman" w:cs="Times New Roman"/>
          <w:sz w:val="24"/>
          <w:szCs w:val="24"/>
        </w:rPr>
        <w:t>.</w:t>
      </w:r>
      <w:r w:rsidR="000C2F38" w:rsidRPr="00185901">
        <w:rPr>
          <w:rFonts w:ascii="Times New Roman" w:hAnsi="Times New Roman" w:cs="Times New Roman"/>
          <w:sz w:val="24"/>
          <w:szCs w:val="24"/>
        </w:rPr>
        <w:t>, 3/18</w:t>
      </w:r>
      <w:r w:rsidR="008E6050">
        <w:rPr>
          <w:rFonts w:ascii="Times New Roman" w:hAnsi="Times New Roman" w:cs="Times New Roman"/>
          <w:sz w:val="24"/>
          <w:szCs w:val="24"/>
        </w:rPr>
        <w:t>.</w:t>
      </w:r>
      <w:r w:rsidR="000C2F38" w:rsidRPr="00185901">
        <w:rPr>
          <w:rFonts w:ascii="Times New Roman" w:hAnsi="Times New Roman" w:cs="Times New Roman"/>
          <w:sz w:val="24"/>
          <w:szCs w:val="24"/>
        </w:rPr>
        <w:t>-pročišćeni tekst, 4/20</w:t>
      </w:r>
      <w:r w:rsidR="008E6050">
        <w:rPr>
          <w:rFonts w:ascii="Times New Roman" w:hAnsi="Times New Roman" w:cs="Times New Roman"/>
          <w:sz w:val="24"/>
          <w:szCs w:val="24"/>
        </w:rPr>
        <w:t>.</w:t>
      </w:r>
      <w:r w:rsidR="000C2F38" w:rsidRPr="00185901">
        <w:rPr>
          <w:rFonts w:ascii="Times New Roman" w:hAnsi="Times New Roman" w:cs="Times New Roman"/>
          <w:sz w:val="24"/>
          <w:szCs w:val="24"/>
        </w:rPr>
        <w:t>, 25/20</w:t>
      </w:r>
      <w:r w:rsidR="008E6050">
        <w:rPr>
          <w:rFonts w:ascii="Times New Roman" w:hAnsi="Times New Roman" w:cs="Times New Roman"/>
          <w:sz w:val="24"/>
          <w:szCs w:val="24"/>
        </w:rPr>
        <w:t>.</w:t>
      </w:r>
      <w:r w:rsidR="000C2F38" w:rsidRPr="00185901">
        <w:rPr>
          <w:rFonts w:ascii="Times New Roman" w:hAnsi="Times New Roman" w:cs="Times New Roman"/>
          <w:sz w:val="24"/>
          <w:szCs w:val="24"/>
        </w:rPr>
        <w:t xml:space="preserve">, 3/21. </w:t>
      </w:r>
      <w:r w:rsidR="008E6050">
        <w:rPr>
          <w:rFonts w:ascii="Times New Roman" w:hAnsi="Times New Roman" w:cs="Times New Roman"/>
          <w:sz w:val="24"/>
          <w:szCs w:val="24"/>
        </w:rPr>
        <w:t xml:space="preserve">i </w:t>
      </w:r>
      <w:r w:rsidR="000C2F38" w:rsidRPr="00185901">
        <w:rPr>
          <w:rFonts w:ascii="Times New Roman" w:hAnsi="Times New Roman" w:cs="Times New Roman"/>
          <w:sz w:val="24"/>
          <w:szCs w:val="24"/>
        </w:rPr>
        <w:t>4/21.-pročišćeni tekst)</w:t>
      </w:r>
      <w:r w:rsidRPr="00185901">
        <w:rPr>
          <w:rFonts w:ascii="Times New Roman" w:hAnsi="Times New Roman" w:cs="Times New Roman"/>
          <w:sz w:val="24"/>
          <w:szCs w:val="24"/>
        </w:rPr>
        <w:t xml:space="preserve"> Županijska skupština Koprivničko-križevačke županije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85901">
        <w:rPr>
          <w:rFonts w:ascii="Times New Roman" w:hAnsi="Times New Roman" w:cs="Times New Roman"/>
          <w:sz w:val="24"/>
          <w:szCs w:val="24"/>
        </w:rPr>
        <w:t xml:space="preserve"> na </w:t>
      </w:r>
      <w:r w:rsidR="000C2F38" w:rsidRPr="00185901">
        <w:rPr>
          <w:rFonts w:ascii="Times New Roman" w:hAnsi="Times New Roman" w:cs="Times New Roman"/>
          <w:sz w:val="24"/>
          <w:szCs w:val="24"/>
        </w:rPr>
        <w:t>_______</w:t>
      </w:r>
      <w:r w:rsidR="008E6050">
        <w:rPr>
          <w:rFonts w:ascii="Times New Roman" w:hAnsi="Times New Roman" w:cs="Times New Roman"/>
          <w:sz w:val="24"/>
          <w:szCs w:val="24"/>
        </w:rPr>
        <w:t>.</w:t>
      </w:r>
      <w:r w:rsidRPr="00185901">
        <w:rPr>
          <w:rFonts w:ascii="Times New Roman" w:hAnsi="Times New Roman" w:cs="Times New Roman"/>
          <w:sz w:val="24"/>
          <w:szCs w:val="24"/>
        </w:rPr>
        <w:t xml:space="preserve"> sjednici održanoj </w:t>
      </w:r>
      <w:r w:rsidR="000C2F38" w:rsidRPr="00185901">
        <w:rPr>
          <w:rFonts w:ascii="Times New Roman" w:hAnsi="Times New Roman" w:cs="Times New Roman"/>
          <w:sz w:val="24"/>
          <w:szCs w:val="24"/>
        </w:rPr>
        <w:t>___________________</w:t>
      </w:r>
      <w:r w:rsidRPr="00185901">
        <w:rPr>
          <w:rFonts w:ascii="Times New Roman" w:hAnsi="Times New Roman" w:cs="Times New Roman"/>
          <w:sz w:val="24"/>
          <w:szCs w:val="24"/>
        </w:rPr>
        <w:t xml:space="preserve"> 20</w:t>
      </w:r>
      <w:r w:rsidR="000C2F38" w:rsidRPr="00185901">
        <w:rPr>
          <w:rFonts w:ascii="Times New Roman" w:hAnsi="Times New Roman" w:cs="Times New Roman"/>
          <w:sz w:val="24"/>
          <w:szCs w:val="24"/>
        </w:rPr>
        <w:t>26</w:t>
      </w:r>
      <w:r w:rsidRPr="0018590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85901">
        <w:rPr>
          <w:rFonts w:ascii="Times New Roman" w:hAnsi="Times New Roman" w:cs="Times New Roman"/>
          <w:sz w:val="24"/>
          <w:szCs w:val="24"/>
        </w:rPr>
        <w:t xml:space="preserve"> donijela je</w:t>
      </w:r>
    </w:p>
    <w:p w14:paraId="65116A8A" w14:textId="58E8E554" w:rsidR="00820A40" w:rsidRPr="00185901" w:rsidRDefault="00820A40" w:rsidP="00820A4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901">
        <w:rPr>
          <w:rFonts w:ascii="Times New Roman" w:hAnsi="Times New Roman" w:cs="Times New Roman"/>
          <w:b/>
          <w:bCs/>
          <w:sz w:val="24"/>
          <w:szCs w:val="24"/>
        </w:rPr>
        <w:t>ODLUK</w:t>
      </w:r>
      <w:r w:rsidR="008E605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1859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7C2A30F" w14:textId="5D629EFB" w:rsidR="00820A40" w:rsidRPr="00185901" w:rsidRDefault="00820A40" w:rsidP="00820A4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901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171E88">
        <w:rPr>
          <w:rFonts w:ascii="Times New Roman" w:hAnsi="Times New Roman" w:cs="Times New Roman"/>
          <w:b/>
          <w:bCs/>
          <w:sz w:val="24"/>
          <w:szCs w:val="24"/>
        </w:rPr>
        <w:t>novčanoj pomoći</w:t>
      </w:r>
      <w:r w:rsidR="00C26CE1">
        <w:rPr>
          <w:rFonts w:ascii="Times New Roman" w:hAnsi="Times New Roman" w:cs="Times New Roman"/>
          <w:b/>
          <w:bCs/>
          <w:sz w:val="24"/>
          <w:szCs w:val="24"/>
        </w:rPr>
        <w:t xml:space="preserve"> za pokrivanje troškova</w:t>
      </w:r>
      <w:r w:rsidRPr="00185901">
        <w:rPr>
          <w:rFonts w:ascii="Times New Roman" w:hAnsi="Times New Roman" w:cs="Times New Roman"/>
          <w:b/>
          <w:bCs/>
          <w:sz w:val="24"/>
          <w:szCs w:val="24"/>
        </w:rPr>
        <w:t xml:space="preserve"> smještaja starijih</w:t>
      </w:r>
      <w:r w:rsidR="002D7631" w:rsidRPr="001859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73E6">
        <w:rPr>
          <w:rFonts w:ascii="Times New Roman" w:hAnsi="Times New Roman" w:cs="Times New Roman"/>
          <w:b/>
          <w:bCs/>
          <w:sz w:val="24"/>
          <w:szCs w:val="24"/>
        </w:rPr>
        <w:t>ili</w:t>
      </w:r>
      <w:r w:rsidR="002D7631" w:rsidRPr="001859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5901">
        <w:rPr>
          <w:rFonts w:ascii="Times New Roman" w:hAnsi="Times New Roman" w:cs="Times New Roman"/>
          <w:b/>
          <w:bCs/>
          <w:sz w:val="24"/>
          <w:szCs w:val="24"/>
        </w:rPr>
        <w:t>teško bolesnih odraslih osoba kod privatnih pružatelja usluga smještaja</w:t>
      </w:r>
    </w:p>
    <w:p w14:paraId="3E88EDE9" w14:textId="77777777" w:rsidR="00820A40" w:rsidRPr="00185901" w:rsidRDefault="00820A40" w:rsidP="00820A40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6765D" w14:textId="77777777" w:rsidR="00CC0925" w:rsidRPr="00185901" w:rsidRDefault="0000000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6CA7B99B" w14:textId="10D88CB4" w:rsidR="00CC0925" w:rsidRPr="002D1869" w:rsidRDefault="008E6050" w:rsidP="002D1869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1869">
        <w:rPr>
          <w:rFonts w:ascii="Times New Roman" w:hAnsi="Times New Roman" w:cs="Times New Roman"/>
          <w:sz w:val="24"/>
          <w:szCs w:val="24"/>
        </w:rPr>
        <w:t xml:space="preserve">Odlukom o </w:t>
      </w:r>
      <w:r w:rsidR="00820A40" w:rsidRPr="002D1869">
        <w:rPr>
          <w:rFonts w:ascii="Times New Roman" w:hAnsi="Times New Roman" w:cs="Times New Roman"/>
          <w:sz w:val="24"/>
          <w:szCs w:val="24"/>
        </w:rPr>
        <w:t>sufinanciranju troškova smještaja starijih</w:t>
      </w:r>
      <w:r w:rsidR="002D7631" w:rsidRPr="002D1869">
        <w:rPr>
          <w:rFonts w:ascii="Times New Roman" w:hAnsi="Times New Roman" w:cs="Times New Roman"/>
          <w:sz w:val="24"/>
          <w:szCs w:val="24"/>
        </w:rPr>
        <w:t xml:space="preserve"> i</w:t>
      </w:r>
      <w:r w:rsidR="0064728E" w:rsidRPr="002D1869">
        <w:rPr>
          <w:rFonts w:ascii="Times New Roman" w:hAnsi="Times New Roman" w:cs="Times New Roman"/>
          <w:sz w:val="24"/>
          <w:szCs w:val="24"/>
        </w:rPr>
        <w:t>li</w:t>
      </w:r>
      <w:r w:rsidR="00820A40" w:rsidRPr="002D1869">
        <w:rPr>
          <w:rFonts w:ascii="Times New Roman" w:hAnsi="Times New Roman" w:cs="Times New Roman"/>
          <w:sz w:val="24"/>
          <w:szCs w:val="24"/>
        </w:rPr>
        <w:t xml:space="preserve"> teško bolesnih odraslih osoba kod privatnih pružatelja usluga smještaja</w:t>
      </w:r>
      <w:r w:rsidR="00820A40" w:rsidRPr="002D18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D1869">
        <w:rPr>
          <w:rFonts w:ascii="Times New Roman" w:hAnsi="Times New Roman" w:cs="Times New Roman"/>
          <w:sz w:val="24"/>
          <w:szCs w:val="24"/>
        </w:rPr>
        <w:t xml:space="preserve">(u daljnjem tekstu: Odluka) utvrđuje se način ostvarivanja novčane pomoći za sufinanciranje troškova smještaja </w:t>
      </w:r>
      <w:r w:rsidR="00820A40" w:rsidRPr="002D1869">
        <w:rPr>
          <w:rFonts w:ascii="Times New Roman" w:hAnsi="Times New Roman" w:cs="Times New Roman"/>
          <w:sz w:val="24"/>
          <w:szCs w:val="24"/>
        </w:rPr>
        <w:t xml:space="preserve">kod </w:t>
      </w:r>
      <w:r w:rsidR="00481C8A" w:rsidRPr="002D1869">
        <w:rPr>
          <w:rFonts w:ascii="Times New Roman" w:hAnsi="Times New Roman" w:cs="Times New Roman"/>
          <w:sz w:val="24"/>
          <w:szCs w:val="24"/>
        </w:rPr>
        <w:t xml:space="preserve">privatnih </w:t>
      </w:r>
      <w:r w:rsidR="00820A40" w:rsidRPr="002D1869">
        <w:rPr>
          <w:rFonts w:ascii="Times New Roman" w:hAnsi="Times New Roman" w:cs="Times New Roman"/>
          <w:sz w:val="24"/>
          <w:szCs w:val="24"/>
        </w:rPr>
        <w:t>pružatelja usluga smještaja za starije i</w:t>
      </w:r>
      <w:r w:rsidR="00481C8A" w:rsidRPr="002D1869">
        <w:rPr>
          <w:rFonts w:ascii="Times New Roman" w:hAnsi="Times New Roman" w:cs="Times New Roman"/>
          <w:sz w:val="24"/>
          <w:szCs w:val="24"/>
        </w:rPr>
        <w:t>li</w:t>
      </w:r>
      <w:r w:rsidR="00820A40" w:rsidRPr="002D1869">
        <w:rPr>
          <w:rFonts w:ascii="Times New Roman" w:hAnsi="Times New Roman" w:cs="Times New Roman"/>
          <w:sz w:val="24"/>
          <w:szCs w:val="24"/>
        </w:rPr>
        <w:t xml:space="preserve"> teško bolesne odrasle osobe</w:t>
      </w:r>
      <w:r w:rsidRPr="002D1869">
        <w:rPr>
          <w:rFonts w:ascii="Times New Roman" w:hAnsi="Times New Roman" w:cs="Times New Roman"/>
          <w:sz w:val="24"/>
          <w:szCs w:val="24"/>
        </w:rPr>
        <w:t>.</w:t>
      </w:r>
    </w:p>
    <w:p w14:paraId="0732B970" w14:textId="2D71702E" w:rsidR="00171E88" w:rsidRPr="00185901" w:rsidRDefault="00171E88" w:rsidP="002D1869">
      <w:pPr>
        <w:spacing w:after="12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D7CDA">
        <w:rPr>
          <w:rFonts w:ascii="Times New Roman" w:hAnsi="Times New Roman" w:cs="Times New Roman"/>
          <w:sz w:val="24"/>
          <w:szCs w:val="24"/>
        </w:rPr>
        <w:t xml:space="preserve">rivatni </w:t>
      </w:r>
      <w:r>
        <w:rPr>
          <w:rFonts w:ascii="Times New Roman" w:hAnsi="Times New Roman" w:cs="Times New Roman"/>
          <w:sz w:val="24"/>
          <w:szCs w:val="24"/>
        </w:rPr>
        <w:t>pružatelj</w:t>
      </w:r>
      <w:r w:rsidR="0064728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usluge</w:t>
      </w:r>
      <w:r w:rsidR="00F96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smještaja </w:t>
      </w:r>
      <w:r w:rsidR="0064728E">
        <w:rPr>
          <w:rFonts w:ascii="Times New Roman" w:hAnsi="Times New Roman" w:cs="Times New Roman"/>
          <w:sz w:val="24"/>
          <w:szCs w:val="24"/>
        </w:rPr>
        <w:t xml:space="preserve">moraju </w:t>
      </w:r>
      <w:r>
        <w:rPr>
          <w:rFonts w:ascii="Times New Roman" w:hAnsi="Times New Roman" w:cs="Times New Roman"/>
          <w:sz w:val="24"/>
          <w:szCs w:val="24"/>
        </w:rPr>
        <w:t>posjed</w:t>
      </w:r>
      <w:r w:rsidR="0064728E">
        <w:rPr>
          <w:rFonts w:ascii="Times New Roman" w:hAnsi="Times New Roman" w:cs="Times New Roman"/>
          <w:sz w:val="24"/>
          <w:szCs w:val="24"/>
        </w:rPr>
        <w:t>ovati</w:t>
      </w:r>
      <w:r>
        <w:rPr>
          <w:rFonts w:ascii="Times New Roman" w:hAnsi="Times New Roman" w:cs="Times New Roman"/>
          <w:sz w:val="24"/>
          <w:szCs w:val="24"/>
        </w:rPr>
        <w:t xml:space="preserve"> rješenje o utvrđivanju mjerila za pružanje socijalne usluge smještaja za starije i/ili teško bolesne odrasle osobe – licenciju</w:t>
      </w:r>
      <w:r w:rsidR="009D7CDA">
        <w:rPr>
          <w:rFonts w:ascii="Times New Roman" w:hAnsi="Times New Roman" w:cs="Times New Roman"/>
          <w:sz w:val="24"/>
          <w:szCs w:val="24"/>
        </w:rPr>
        <w:t>, osim udomiteljskih obitelji</w:t>
      </w:r>
      <w:r w:rsidR="00481C8A">
        <w:rPr>
          <w:rFonts w:ascii="Times New Roman" w:hAnsi="Times New Roman" w:cs="Times New Roman"/>
          <w:sz w:val="24"/>
          <w:szCs w:val="24"/>
        </w:rPr>
        <w:t xml:space="preserve"> kod kojih se smještaj ne sufinancira ovom Odlukom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8857C1" w14:textId="73E95A2B" w:rsidR="00CC0925" w:rsidRPr="00185901" w:rsidRDefault="008E6050" w:rsidP="002D1869">
      <w:pPr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sz w:val="24"/>
          <w:szCs w:val="24"/>
        </w:rPr>
        <w:t>Koprivničko-križevačka županija sufinancirat će troškove smještaja</w:t>
      </w:r>
      <w:r w:rsidR="00820A40" w:rsidRPr="00185901">
        <w:rPr>
          <w:rFonts w:ascii="Times New Roman" w:hAnsi="Times New Roman" w:cs="Times New Roman"/>
          <w:sz w:val="24"/>
          <w:szCs w:val="24"/>
        </w:rPr>
        <w:t xml:space="preserve"> kod </w:t>
      </w:r>
      <w:r w:rsidR="00453A41">
        <w:rPr>
          <w:rFonts w:ascii="Times New Roman" w:hAnsi="Times New Roman" w:cs="Times New Roman"/>
          <w:sz w:val="24"/>
          <w:szCs w:val="24"/>
        </w:rPr>
        <w:t xml:space="preserve">privatnih </w:t>
      </w:r>
      <w:r w:rsidR="00820A40" w:rsidRPr="00185901">
        <w:rPr>
          <w:rFonts w:ascii="Times New Roman" w:hAnsi="Times New Roman" w:cs="Times New Roman"/>
          <w:sz w:val="24"/>
          <w:szCs w:val="24"/>
        </w:rPr>
        <w:t>pružatelja</w:t>
      </w:r>
      <w:r w:rsidRPr="00185901">
        <w:rPr>
          <w:rFonts w:ascii="Times New Roman" w:hAnsi="Times New Roman" w:cs="Times New Roman"/>
          <w:sz w:val="24"/>
          <w:szCs w:val="24"/>
        </w:rPr>
        <w:t xml:space="preserve"> koji usluge</w:t>
      </w:r>
      <w:r w:rsidR="002D7631" w:rsidRPr="00185901">
        <w:rPr>
          <w:rFonts w:ascii="Times New Roman" w:hAnsi="Times New Roman" w:cs="Times New Roman"/>
          <w:sz w:val="24"/>
          <w:szCs w:val="24"/>
        </w:rPr>
        <w:t xml:space="preserve"> smještaja</w:t>
      </w:r>
      <w:r w:rsidRPr="00185901">
        <w:rPr>
          <w:rFonts w:ascii="Times New Roman" w:hAnsi="Times New Roman" w:cs="Times New Roman"/>
          <w:sz w:val="24"/>
          <w:szCs w:val="24"/>
        </w:rPr>
        <w:t xml:space="preserve"> pružaju na području Koprivničko-križevačke županije.</w:t>
      </w:r>
    </w:p>
    <w:p w14:paraId="7E9B8F68" w14:textId="77777777" w:rsidR="00CC0925" w:rsidRPr="00185901" w:rsidRDefault="0000000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20F6E4C8" w14:textId="607865D6" w:rsidR="00820A40" w:rsidRPr="00185901" w:rsidRDefault="008E6050" w:rsidP="00820A4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85901">
        <w:rPr>
          <w:rFonts w:ascii="Times New Roman" w:hAnsi="Times New Roman" w:cs="Times New Roman"/>
          <w:sz w:val="24"/>
          <w:szCs w:val="24"/>
        </w:rPr>
        <w:t xml:space="preserve">Novčanu pomoć mogu ostvariti starije </w:t>
      </w:r>
      <w:r w:rsidR="00481C8A">
        <w:rPr>
          <w:rFonts w:ascii="Times New Roman" w:hAnsi="Times New Roman" w:cs="Times New Roman"/>
          <w:sz w:val="24"/>
          <w:szCs w:val="24"/>
        </w:rPr>
        <w:t>il</w:t>
      </w:r>
      <w:r w:rsidRPr="00185901">
        <w:rPr>
          <w:rFonts w:ascii="Times New Roman" w:hAnsi="Times New Roman" w:cs="Times New Roman"/>
          <w:sz w:val="24"/>
          <w:szCs w:val="24"/>
        </w:rPr>
        <w:t>i</w:t>
      </w:r>
      <w:r w:rsidR="00820A40" w:rsidRPr="00185901">
        <w:rPr>
          <w:rFonts w:ascii="Times New Roman" w:hAnsi="Times New Roman" w:cs="Times New Roman"/>
          <w:sz w:val="24"/>
          <w:szCs w:val="24"/>
        </w:rPr>
        <w:t xml:space="preserve"> teško bolesne odrasle osobe </w:t>
      </w:r>
      <w:r w:rsidRPr="00185901">
        <w:rPr>
          <w:rFonts w:ascii="Times New Roman" w:hAnsi="Times New Roman" w:cs="Times New Roman"/>
          <w:sz w:val="24"/>
          <w:szCs w:val="24"/>
        </w:rPr>
        <w:t>koje:</w:t>
      </w:r>
    </w:p>
    <w:p w14:paraId="1DFC903F" w14:textId="00E3094A" w:rsidR="00820A40" w:rsidRPr="00185901" w:rsidRDefault="00000000" w:rsidP="002D1869">
      <w:pPr>
        <w:pStyle w:val="Odlomakpopisa"/>
        <w:numPr>
          <w:ilvl w:val="0"/>
          <w:numId w:val="20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sz w:val="24"/>
          <w:szCs w:val="24"/>
        </w:rPr>
        <w:t xml:space="preserve">imaju prebivalište na području Koprivničko-križevačke županije najmanje </w:t>
      </w:r>
      <w:r w:rsidR="009273E6">
        <w:rPr>
          <w:rFonts w:ascii="Times New Roman" w:hAnsi="Times New Roman" w:cs="Times New Roman"/>
          <w:sz w:val="24"/>
          <w:szCs w:val="24"/>
        </w:rPr>
        <w:t>pet (</w:t>
      </w:r>
      <w:r w:rsidRPr="00185901">
        <w:rPr>
          <w:rFonts w:ascii="Times New Roman" w:hAnsi="Times New Roman" w:cs="Times New Roman"/>
          <w:sz w:val="24"/>
          <w:szCs w:val="24"/>
        </w:rPr>
        <w:t>5</w:t>
      </w:r>
      <w:r w:rsidR="009273E6">
        <w:rPr>
          <w:rFonts w:ascii="Times New Roman" w:hAnsi="Times New Roman" w:cs="Times New Roman"/>
          <w:sz w:val="24"/>
          <w:szCs w:val="24"/>
        </w:rPr>
        <w:t>)</w:t>
      </w:r>
      <w:r w:rsidRPr="00185901">
        <w:rPr>
          <w:rFonts w:ascii="Times New Roman" w:hAnsi="Times New Roman" w:cs="Times New Roman"/>
          <w:sz w:val="24"/>
          <w:szCs w:val="24"/>
        </w:rPr>
        <w:t xml:space="preserve"> godina, a prije </w:t>
      </w:r>
      <w:r w:rsidR="00820A40" w:rsidRPr="00185901">
        <w:rPr>
          <w:rFonts w:ascii="Times New Roman" w:hAnsi="Times New Roman" w:cs="Times New Roman"/>
          <w:sz w:val="24"/>
          <w:szCs w:val="24"/>
        </w:rPr>
        <w:t>smještaja kod privatnog pružatelja</w:t>
      </w:r>
      <w:r w:rsidR="002D7631" w:rsidRPr="00185901">
        <w:rPr>
          <w:rFonts w:ascii="Times New Roman" w:hAnsi="Times New Roman" w:cs="Times New Roman"/>
          <w:sz w:val="24"/>
          <w:szCs w:val="24"/>
        </w:rPr>
        <w:t xml:space="preserve"> usluge smještaja</w:t>
      </w:r>
      <w:r w:rsidR="00820A40" w:rsidRPr="00185901">
        <w:rPr>
          <w:rFonts w:ascii="Times New Roman" w:hAnsi="Times New Roman" w:cs="Times New Roman"/>
          <w:sz w:val="24"/>
          <w:szCs w:val="24"/>
        </w:rPr>
        <w:t>,</w:t>
      </w:r>
    </w:p>
    <w:p w14:paraId="78CCF4C5" w14:textId="4F8FDF83" w:rsidR="00CC0925" w:rsidRPr="00171E88" w:rsidRDefault="00000000" w:rsidP="002D1869">
      <w:pPr>
        <w:pStyle w:val="Odlomakpopisa"/>
        <w:numPr>
          <w:ilvl w:val="0"/>
          <w:numId w:val="20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71E88">
        <w:rPr>
          <w:rFonts w:ascii="Times New Roman" w:hAnsi="Times New Roman" w:cs="Times New Roman"/>
          <w:sz w:val="24"/>
          <w:szCs w:val="24"/>
        </w:rPr>
        <w:t>nemaju prosječnu mirovinu</w:t>
      </w:r>
      <w:r w:rsidR="002D7631" w:rsidRPr="00171E88">
        <w:rPr>
          <w:rFonts w:ascii="Times New Roman" w:hAnsi="Times New Roman" w:cs="Times New Roman"/>
          <w:sz w:val="24"/>
          <w:szCs w:val="24"/>
        </w:rPr>
        <w:t xml:space="preserve"> (tuzemnu i inozemnu)</w:t>
      </w:r>
      <w:r w:rsidR="00185901" w:rsidRPr="00171E88">
        <w:rPr>
          <w:rFonts w:ascii="Times New Roman" w:hAnsi="Times New Roman" w:cs="Times New Roman"/>
          <w:sz w:val="24"/>
          <w:szCs w:val="24"/>
        </w:rPr>
        <w:t xml:space="preserve"> odnosno stalni mjesečni prihod</w:t>
      </w:r>
      <w:r w:rsidRPr="00171E88">
        <w:rPr>
          <w:rFonts w:ascii="Times New Roman" w:hAnsi="Times New Roman" w:cs="Times New Roman"/>
          <w:sz w:val="24"/>
          <w:szCs w:val="24"/>
        </w:rPr>
        <w:t xml:space="preserve"> v</w:t>
      </w:r>
      <w:r w:rsidR="005959E9" w:rsidRPr="00171E88">
        <w:rPr>
          <w:rFonts w:ascii="Times New Roman" w:hAnsi="Times New Roman" w:cs="Times New Roman"/>
          <w:sz w:val="24"/>
          <w:szCs w:val="24"/>
        </w:rPr>
        <w:t>eći</w:t>
      </w:r>
      <w:r w:rsidRPr="00171E88">
        <w:rPr>
          <w:rFonts w:ascii="Times New Roman" w:hAnsi="Times New Roman" w:cs="Times New Roman"/>
          <w:sz w:val="24"/>
          <w:szCs w:val="24"/>
        </w:rPr>
        <w:t xml:space="preserve"> od cenzusa određenog posebnim aktom</w:t>
      </w:r>
      <w:r w:rsidR="005959E9" w:rsidRPr="00171E88">
        <w:rPr>
          <w:rFonts w:ascii="Times New Roman" w:hAnsi="Times New Roman" w:cs="Times New Roman"/>
          <w:sz w:val="24"/>
          <w:szCs w:val="24"/>
        </w:rPr>
        <w:t xml:space="preserve"> župana Koprivničko-križevačke županije</w:t>
      </w:r>
      <w:r w:rsidRPr="00171E88">
        <w:rPr>
          <w:rFonts w:ascii="Times New Roman" w:hAnsi="Times New Roman" w:cs="Times New Roman"/>
          <w:sz w:val="24"/>
          <w:szCs w:val="24"/>
        </w:rPr>
        <w:t>.</w:t>
      </w:r>
      <w:r w:rsidR="00185901" w:rsidRPr="00171E88">
        <w:t xml:space="preserve"> </w:t>
      </w:r>
      <w:r w:rsidR="00185901" w:rsidRPr="00171E88">
        <w:rPr>
          <w:rFonts w:ascii="Times New Roman" w:hAnsi="Times New Roman" w:cs="Times New Roman"/>
          <w:sz w:val="24"/>
          <w:szCs w:val="24"/>
        </w:rPr>
        <w:t xml:space="preserve">Pod </w:t>
      </w:r>
      <w:r w:rsidR="005959E9" w:rsidRPr="00171E88">
        <w:rPr>
          <w:rFonts w:ascii="Times New Roman" w:hAnsi="Times New Roman" w:cs="Times New Roman"/>
          <w:sz w:val="24"/>
          <w:szCs w:val="24"/>
        </w:rPr>
        <w:t xml:space="preserve">pojmom </w:t>
      </w:r>
      <w:r w:rsidR="009273E6">
        <w:rPr>
          <w:rFonts w:ascii="Times New Roman" w:hAnsi="Times New Roman" w:cs="Times New Roman"/>
          <w:sz w:val="24"/>
          <w:szCs w:val="24"/>
        </w:rPr>
        <w:t>„</w:t>
      </w:r>
      <w:r w:rsidR="00185901" w:rsidRPr="00171E88">
        <w:rPr>
          <w:rFonts w:ascii="Times New Roman" w:hAnsi="Times New Roman" w:cs="Times New Roman"/>
          <w:sz w:val="24"/>
          <w:szCs w:val="24"/>
        </w:rPr>
        <w:t>prihod</w:t>
      </w:r>
      <w:r w:rsidR="009273E6">
        <w:rPr>
          <w:rFonts w:ascii="Times New Roman" w:hAnsi="Times New Roman" w:cs="Times New Roman"/>
          <w:sz w:val="24"/>
          <w:szCs w:val="24"/>
        </w:rPr>
        <w:t>“</w:t>
      </w:r>
      <w:r w:rsidR="00185901" w:rsidRPr="00171E88">
        <w:rPr>
          <w:rFonts w:ascii="Times New Roman" w:hAnsi="Times New Roman" w:cs="Times New Roman"/>
          <w:sz w:val="24"/>
          <w:szCs w:val="24"/>
        </w:rPr>
        <w:t xml:space="preserve"> smatraju se sva stalna mjesečna novčana sredstva ostvarena po osnovi rada, mirovine ili primitaka od imovine.</w:t>
      </w:r>
    </w:p>
    <w:p w14:paraId="0A695C07" w14:textId="5804F4E7" w:rsidR="002D7631" w:rsidRPr="009273E6" w:rsidRDefault="008E605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273E6">
        <w:rPr>
          <w:rFonts w:ascii="Times New Roman" w:hAnsi="Times New Roman" w:cs="Times New Roman"/>
          <w:sz w:val="24"/>
          <w:szCs w:val="24"/>
        </w:rPr>
        <w:t>Novčanu pomoć ne mogu ostvariti korisnici smještaja koji</w:t>
      </w:r>
      <w:r w:rsidR="00E246C7">
        <w:rPr>
          <w:rFonts w:ascii="Times New Roman" w:hAnsi="Times New Roman" w:cs="Times New Roman"/>
          <w:sz w:val="24"/>
          <w:szCs w:val="24"/>
        </w:rPr>
        <w:t xml:space="preserve"> ostvaruju </w:t>
      </w:r>
      <w:r w:rsidR="00171E88" w:rsidRPr="009273E6">
        <w:rPr>
          <w:rFonts w:ascii="Times New Roman" w:hAnsi="Times New Roman" w:cs="Times New Roman"/>
          <w:sz w:val="24"/>
          <w:szCs w:val="24"/>
        </w:rPr>
        <w:t xml:space="preserve">smještaj </w:t>
      </w:r>
      <w:r w:rsidR="00E246C7">
        <w:rPr>
          <w:rFonts w:ascii="Times New Roman" w:hAnsi="Times New Roman" w:cs="Times New Roman"/>
          <w:sz w:val="24"/>
          <w:szCs w:val="24"/>
        </w:rPr>
        <w:t>na temelju rješenja</w:t>
      </w:r>
      <w:r w:rsidRPr="009273E6">
        <w:rPr>
          <w:rFonts w:ascii="Times New Roman" w:hAnsi="Times New Roman" w:cs="Times New Roman"/>
          <w:sz w:val="24"/>
          <w:szCs w:val="24"/>
        </w:rPr>
        <w:t xml:space="preserve"> nadležnog ministarstva</w:t>
      </w:r>
      <w:r w:rsidR="00171E88" w:rsidRPr="009273E6">
        <w:rPr>
          <w:rFonts w:ascii="Times New Roman" w:hAnsi="Times New Roman" w:cs="Times New Roman"/>
          <w:sz w:val="24"/>
          <w:szCs w:val="24"/>
        </w:rPr>
        <w:t xml:space="preserve"> za poslove socijalne skrbi odnosno Hrvatskog </w:t>
      </w:r>
      <w:r w:rsidR="002D7631" w:rsidRPr="009273E6">
        <w:rPr>
          <w:rFonts w:ascii="Times New Roman" w:hAnsi="Times New Roman" w:cs="Times New Roman"/>
          <w:sz w:val="24"/>
          <w:szCs w:val="24"/>
        </w:rPr>
        <w:t>zavoda za socijalni rad.</w:t>
      </w:r>
    </w:p>
    <w:p w14:paraId="465F8120" w14:textId="7CE34251" w:rsidR="0064728E" w:rsidRPr="009273E6" w:rsidRDefault="008E605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D7631" w:rsidRPr="009273E6">
        <w:rPr>
          <w:rFonts w:ascii="Times New Roman" w:hAnsi="Times New Roman" w:cs="Times New Roman"/>
          <w:sz w:val="24"/>
          <w:szCs w:val="24"/>
        </w:rPr>
        <w:t xml:space="preserve">Novčanu pomoć </w:t>
      </w:r>
      <w:r w:rsidR="00171E88" w:rsidRPr="009273E6">
        <w:rPr>
          <w:rFonts w:ascii="Times New Roman" w:hAnsi="Times New Roman" w:cs="Times New Roman"/>
          <w:sz w:val="24"/>
          <w:szCs w:val="24"/>
        </w:rPr>
        <w:t xml:space="preserve">mogu ostvariti </w:t>
      </w:r>
      <w:r w:rsidR="002D7631" w:rsidRPr="009273E6">
        <w:rPr>
          <w:rFonts w:ascii="Times New Roman" w:hAnsi="Times New Roman" w:cs="Times New Roman"/>
          <w:sz w:val="24"/>
          <w:szCs w:val="24"/>
        </w:rPr>
        <w:t>korisnici smještaj</w:t>
      </w:r>
      <w:r w:rsidR="005B1E00" w:rsidRPr="009273E6">
        <w:rPr>
          <w:rFonts w:ascii="Times New Roman" w:hAnsi="Times New Roman" w:cs="Times New Roman"/>
          <w:sz w:val="24"/>
          <w:szCs w:val="24"/>
        </w:rPr>
        <w:t>a</w:t>
      </w:r>
      <w:r w:rsidR="002D7631" w:rsidRPr="009273E6">
        <w:rPr>
          <w:rFonts w:ascii="Times New Roman" w:hAnsi="Times New Roman" w:cs="Times New Roman"/>
          <w:sz w:val="24"/>
          <w:szCs w:val="24"/>
        </w:rPr>
        <w:t xml:space="preserve"> koji novčanu pomoć ostvaruju </w:t>
      </w:r>
      <w:r w:rsidR="003E20A2" w:rsidRPr="009273E6">
        <w:rPr>
          <w:rFonts w:ascii="Times New Roman" w:hAnsi="Times New Roman" w:cs="Times New Roman"/>
          <w:sz w:val="24"/>
          <w:szCs w:val="24"/>
        </w:rPr>
        <w:t xml:space="preserve"> aktima jedinica lokalne samouprave</w:t>
      </w:r>
      <w:r w:rsidR="00E246C7">
        <w:rPr>
          <w:rFonts w:ascii="Times New Roman" w:hAnsi="Times New Roman" w:cs="Times New Roman"/>
          <w:sz w:val="24"/>
          <w:szCs w:val="24"/>
        </w:rPr>
        <w:t xml:space="preserve"> ako</w:t>
      </w:r>
      <w:r w:rsidR="002D7631" w:rsidRPr="009273E6">
        <w:rPr>
          <w:rFonts w:ascii="Times New Roman" w:hAnsi="Times New Roman" w:cs="Times New Roman"/>
          <w:sz w:val="24"/>
          <w:szCs w:val="24"/>
        </w:rPr>
        <w:t xml:space="preserve"> to sufinanciranje u cijelosti </w:t>
      </w:r>
      <w:r w:rsidR="00171E88" w:rsidRPr="009273E6">
        <w:rPr>
          <w:rFonts w:ascii="Times New Roman" w:hAnsi="Times New Roman" w:cs="Times New Roman"/>
          <w:sz w:val="24"/>
          <w:szCs w:val="24"/>
        </w:rPr>
        <w:t xml:space="preserve">ne </w:t>
      </w:r>
      <w:r w:rsidR="002D7631" w:rsidRPr="009273E6">
        <w:rPr>
          <w:rFonts w:ascii="Times New Roman" w:hAnsi="Times New Roman" w:cs="Times New Roman"/>
          <w:sz w:val="24"/>
          <w:szCs w:val="24"/>
        </w:rPr>
        <w:t>pokriva trošak smještaja kod privatnog pružatelja</w:t>
      </w:r>
      <w:r w:rsidR="00453A41" w:rsidRPr="009273E6">
        <w:rPr>
          <w:rFonts w:ascii="Times New Roman" w:hAnsi="Times New Roman" w:cs="Times New Roman"/>
          <w:sz w:val="24"/>
          <w:szCs w:val="24"/>
        </w:rPr>
        <w:t>.</w:t>
      </w:r>
    </w:p>
    <w:p w14:paraId="7BD51A0E" w14:textId="77777777" w:rsidR="00CC0925" w:rsidRPr="00185901" w:rsidRDefault="0000000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39558692" w14:textId="525A6B34" w:rsidR="00CC0925" w:rsidRPr="00185901" w:rsidRDefault="008E6050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85901">
        <w:rPr>
          <w:rFonts w:ascii="Times New Roman" w:hAnsi="Times New Roman" w:cs="Times New Roman"/>
          <w:sz w:val="24"/>
          <w:szCs w:val="24"/>
        </w:rPr>
        <w:t>Visina novčane pomoći</w:t>
      </w:r>
      <w:r w:rsidR="00C26CE1">
        <w:rPr>
          <w:rFonts w:ascii="Times New Roman" w:hAnsi="Times New Roman" w:cs="Times New Roman"/>
          <w:sz w:val="24"/>
          <w:szCs w:val="24"/>
        </w:rPr>
        <w:t xml:space="preserve"> te cenzus za ostvarivanje novčan</w:t>
      </w:r>
      <w:r w:rsidR="00903698">
        <w:rPr>
          <w:rFonts w:ascii="Times New Roman" w:hAnsi="Times New Roman" w:cs="Times New Roman"/>
          <w:sz w:val="24"/>
          <w:szCs w:val="24"/>
        </w:rPr>
        <w:t>e</w:t>
      </w:r>
      <w:r w:rsidR="00C26CE1">
        <w:rPr>
          <w:rFonts w:ascii="Times New Roman" w:hAnsi="Times New Roman" w:cs="Times New Roman"/>
          <w:sz w:val="24"/>
          <w:szCs w:val="24"/>
        </w:rPr>
        <w:t xml:space="preserve"> pomoć</w:t>
      </w:r>
      <w:r w:rsidR="00903698">
        <w:rPr>
          <w:rFonts w:ascii="Times New Roman" w:hAnsi="Times New Roman" w:cs="Times New Roman"/>
          <w:sz w:val="24"/>
          <w:szCs w:val="24"/>
        </w:rPr>
        <w:t>i</w:t>
      </w:r>
      <w:r w:rsidRPr="00185901">
        <w:rPr>
          <w:rFonts w:ascii="Times New Roman" w:hAnsi="Times New Roman" w:cs="Times New Roman"/>
          <w:sz w:val="24"/>
          <w:szCs w:val="24"/>
        </w:rPr>
        <w:t xml:space="preserve"> odredit će se </w:t>
      </w:r>
      <w:r w:rsidR="00E246C7">
        <w:rPr>
          <w:rFonts w:ascii="Times New Roman" w:hAnsi="Times New Roman" w:cs="Times New Roman"/>
          <w:sz w:val="24"/>
          <w:szCs w:val="24"/>
        </w:rPr>
        <w:t>aktom</w:t>
      </w:r>
      <w:r w:rsidR="005959E9">
        <w:rPr>
          <w:rFonts w:ascii="Times New Roman" w:hAnsi="Times New Roman" w:cs="Times New Roman"/>
          <w:sz w:val="24"/>
          <w:szCs w:val="24"/>
        </w:rPr>
        <w:t xml:space="preserve"> župana Koprivničko-križevačke županije</w:t>
      </w:r>
      <w:r w:rsidRPr="00185901">
        <w:rPr>
          <w:rFonts w:ascii="Times New Roman" w:hAnsi="Times New Roman" w:cs="Times New Roman"/>
          <w:sz w:val="24"/>
          <w:szCs w:val="24"/>
        </w:rPr>
        <w:t xml:space="preserve">, za svaku kalendarsku godinu, ovisno o sredstvima osiguranim u </w:t>
      </w:r>
      <w:r w:rsidR="00E246C7">
        <w:rPr>
          <w:rFonts w:ascii="Times New Roman" w:hAnsi="Times New Roman" w:cs="Times New Roman"/>
          <w:sz w:val="24"/>
          <w:szCs w:val="24"/>
        </w:rPr>
        <w:t>p</w:t>
      </w:r>
      <w:r w:rsidRPr="00185901">
        <w:rPr>
          <w:rFonts w:ascii="Times New Roman" w:hAnsi="Times New Roman" w:cs="Times New Roman"/>
          <w:sz w:val="24"/>
          <w:szCs w:val="24"/>
        </w:rPr>
        <w:t>roračunu</w:t>
      </w:r>
      <w:r w:rsidR="009D7CDA">
        <w:rPr>
          <w:rFonts w:ascii="Times New Roman" w:hAnsi="Times New Roman" w:cs="Times New Roman"/>
          <w:sz w:val="24"/>
          <w:szCs w:val="24"/>
        </w:rPr>
        <w:t xml:space="preserve"> Koprivničko-križevačke županije</w:t>
      </w:r>
      <w:r w:rsidRPr="00185901">
        <w:rPr>
          <w:rFonts w:ascii="Times New Roman" w:hAnsi="Times New Roman" w:cs="Times New Roman"/>
          <w:sz w:val="24"/>
          <w:szCs w:val="24"/>
        </w:rPr>
        <w:t>.</w:t>
      </w:r>
    </w:p>
    <w:p w14:paraId="21184FB4" w14:textId="25CF9E13" w:rsidR="00CC0925" w:rsidRPr="00185901" w:rsidRDefault="008E6050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85901">
        <w:rPr>
          <w:rFonts w:ascii="Times New Roman" w:hAnsi="Times New Roman" w:cs="Times New Roman"/>
          <w:sz w:val="24"/>
          <w:szCs w:val="24"/>
        </w:rPr>
        <w:t xml:space="preserve">Akt </w:t>
      </w:r>
      <w:r w:rsidR="002D7631" w:rsidRPr="00185901">
        <w:rPr>
          <w:rFonts w:ascii="Times New Roman" w:hAnsi="Times New Roman" w:cs="Times New Roman"/>
          <w:sz w:val="24"/>
          <w:szCs w:val="24"/>
        </w:rPr>
        <w:t xml:space="preserve">iz </w:t>
      </w:r>
      <w:r w:rsidRPr="00185901">
        <w:rPr>
          <w:rFonts w:ascii="Times New Roman" w:hAnsi="Times New Roman" w:cs="Times New Roman"/>
          <w:sz w:val="24"/>
          <w:szCs w:val="24"/>
        </w:rPr>
        <w:t>stavka 1. ovog članka donosi Župan na prijedlog Savjeta za umirovljenike i osobe starije životne dobi Koprivničko-križevačke županije</w:t>
      </w:r>
      <w:r w:rsidR="002D7631" w:rsidRPr="001859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E0CBDE" w14:textId="7C401E9E" w:rsidR="00CC0925" w:rsidRPr="00185901" w:rsidRDefault="0000000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941518">
        <w:rPr>
          <w:rFonts w:ascii="Times New Roman" w:hAnsi="Times New Roman" w:cs="Times New Roman"/>
          <w:b/>
          <w:sz w:val="24"/>
          <w:szCs w:val="24"/>
        </w:rPr>
        <w:t>4</w:t>
      </w:r>
      <w:r w:rsidRPr="00185901">
        <w:rPr>
          <w:rFonts w:ascii="Times New Roman" w:hAnsi="Times New Roman" w:cs="Times New Roman"/>
          <w:b/>
          <w:sz w:val="24"/>
          <w:szCs w:val="24"/>
        </w:rPr>
        <w:t>.</w:t>
      </w:r>
    </w:p>
    <w:p w14:paraId="71205D52" w14:textId="3F1DC3CA" w:rsidR="00941518" w:rsidRDefault="00941518" w:rsidP="00D71525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1518">
        <w:rPr>
          <w:rFonts w:ascii="Times New Roman" w:hAnsi="Times New Roman" w:cs="Times New Roman"/>
          <w:sz w:val="24"/>
          <w:szCs w:val="24"/>
        </w:rPr>
        <w:t xml:space="preserve">Zahtjev za novčanu pomoć podnosi se </w:t>
      </w:r>
      <w:r w:rsidR="009D7CDA" w:rsidRPr="009D7CDA">
        <w:rPr>
          <w:rFonts w:ascii="Times New Roman" w:hAnsi="Times New Roman" w:cs="Times New Roman"/>
          <w:sz w:val="24"/>
          <w:szCs w:val="24"/>
        </w:rPr>
        <w:t>upravn</w:t>
      </w:r>
      <w:r w:rsidR="009D7CDA">
        <w:rPr>
          <w:rFonts w:ascii="Times New Roman" w:hAnsi="Times New Roman" w:cs="Times New Roman"/>
          <w:sz w:val="24"/>
          <w:szCs w:val="24"/>
        </w:rPr>
        <w:t>om</w:t>
      </w:r>
      <w:r w:rsidR="009D7CDA" w:rsidRPr="009D7CDA">
        <w:rPr>
          <w:rFonts w:ascii="Times New Roman" w:hAnsi="Times New Roman" w:cs="Times New Roman"/>
          <w:sz w:val="24"/>
          <w:szCs w:val="24"/>
        </w:rPr>
        <w:t xml:space="preserve"> odjel</w:t>
      </w:r>
      <w:r w:rsidR="009D7CDA">
        <w:rPr>
          <w:rFonts w:ascii="Times New Roman" w:hAnsi="Times New Roman" w:cs="Times New Roman"/>
          <w:sz w:val="24"/>
          <w:szCs w:val="24"/>
        </w:rPr>
        <w:t>u</w:t>
      </w:r>
      <w:r w:rsidR="009D7CDA" w:rsidRPr="009D7CDA">
        <w:rPr>
          <w:rFonts w:ascii="Times New Roman" w:hAnsi="Times New Roman" w:cs="Times New Roman"/>
          <w:sz w:val="24"/>
          <w:szCs w:val="24"/>
        </w:rPr>
        <w:t xml:space="preserve"> Koprivničko-križevačke županije nadležn</w:t>
      </w:r>
      <w:r w:rsidR="009D7CDA">
        <w:rPr>
          <w:rFonts w:ascii="Times New Roman" w:hAnsi="Times New Roman" w:cs="Times New Roman"/>
          <w:sz w:val="24"/>
          <w:szCs w:val="24"/>
        </w:rPr>
        <w:t>om</w:t>
      </w:r>
      <w:r w:rsidR="009D7CDA" w:rsidRPr="009D7CDA">
        <w:rPr>
          <w:rFonts w:ascii="Times New Roman" w:hAnsi="Times New Roman" w:cs="Times New Roman"/>
          <w:sz w:val="24"/>
          <w:szCs w:val="24"/>
        </w:rPr>
        <w:t xml:space="preserve"> za poslove socijalne skrbi (u daljnjem tekstu: </w:t>
      </w:r>
      <w:r w:rsidR="002D1869">
        <w:rPr>
          <w:rFonts w:ascii="Times New Roman" w:hAnsi="Times New Roman" w:cs="Times New Roman"/>
          <w:sz w:val="24"/>
          <w:szCs w:val="24"/>
        </w:rPr>
        <w:t>u</w:t>
      </w:r>
      <w:r w:rsidR="009D7CDA" w:rsidRPr="009D7CDA">
        <w:rPr>
          <w:rFonts w:ascii="Times New Roman" w:hAnsi="Times New Roman" w:cs="Times New Roman"/>
          <w:sz w:val="24"/>
          <w:szCs w:val="24"/>
        </w:rPr>
        <w:t>pravni odjel)</w:t>
      </w:r>
      <w:r w:rsidR="009D7CDA">
        <w:rPr>
          <w:rFonts w:ascii="Times New Roman" w:hAnsi="Times New Roman" w:cs="Times New Roman"/>
          <w:sz w:val="24"/>
          <w:szCs w:val="24"/>
        </w:rPr>
        <w:t xml:space="preserve"> </w:t>
      </w:r>
      <w:r w:rsidRPr="00941518">
        <w:rPr>
          <w:rFonts w:ascii="Times New Roman" w:hAnsi="Times New Roman" w:cs="Times New Roman"/>
          <w:sz w:val="24"/>
          <w:szCs w:val="24"/>
        </w:rPr>
        <w:t>osobno, putem pošte ili elektroničkim putem</w:t>
      </w:r>
      <w:r w:rsidR="00F96DD3">
        <w:rPr>
          <w:rFonts w:ascii="Times New Roman" w:hAnsi="Times New Roman" w:cs="Times New Roman"/>
          <w:sz w:val="24"/>
          <w:szCs w:val="24"/>
        </w:rPr>
        <w:t xml:space="preserve"> na obrascu Upravnog odjela</w:t>
      </w:r>
      <w:r w:rsidRPr="00941518">
        <w:rPr>
          <w:rFonts w:ascii="Times New Roman" w:hAnsi="Times New Roman" w:cs="Times New Roman"/>
          <w:sz w:val="24"/>
          <w:szCs w:val="24"/>
        </w:rPr>
        <w:t>, a podnijeti ga može korisnik smještaja ili osoba koju on za to o</w:t>
      </w:r>
      <w:r w:rsidR="009273E6">
        <w:rPr>
          <w:rFonts w:ascii="Times New Roman" w:hAnsi="Times New Roman" w:cs="Times New Roman"/>
          <w:sz w:val="24"/>
          <w:szCs w:val="24"/>
        </w:rPr>
        <w:t>vlasti</w:t>
      </w:r>
      <w:r w:rsidRPr="00941518">
        <w:rPr>
          <w:rFonts w:ascii="Times New Roman" w:hAnsi="Times New Roman" w:cs="Times New Roman"/>
          <w:sz w:val="24"/>
          <w:szCs w:val="24"/>
        </w:rPr>
        <w:t>.</w:t>
      </w:r>
    </w:p>
    <w:p w14:paraId="4B7F95BF" w14:textId="4264F4EC" w:rsidR="00B95D65" w:rsidRPr="00B95D65" w:rsidRDefault="0064728E" w:rsidP="00B95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5D65" w:rsidRPr="00B95D65">
        <w:rPr>
          <w:rFonts w:ascii="Times New Roman" w:hAnsi="Times New Roman" w:cs="Times New Roman"/>
          <w:sz w:val="24"/>
          <w:szCs w:val="24"/>
        </w:rPr>
        <w:t xml:space="preserve">Uz prvi zahtjev za ostvarivanje prava na novčanu pomoć, podnositelj je dužan </w:t>
      </w:r>
      <w:r w:rsidR="00F96DD3">
        <w:rPr>
          <w:rFonts w:ascii="Times New Roman" w:hAnsi="Times New Roman" w:cs="Times New Roman"/>
          <w:sz w:val="24"/>
          <w:szCs w:val="24"/>
        </w:rPr>
        <w:t xml:space="preserve">dostaviti osobnu iskaznicu korisnika smještaja Upravnom odjelu na uvid te uz zahtjev </w:t>
      </w:r>
      <w:r w:rsidR="00B95D65" w:rsidRPr="00B95D65">
        <w:rPr>
          <w:rFonts w:ascii="Times New Roman" w:hAnsi="Times New Roman" w:cs="Times New Roman"/>
          <w:sz w:val="24"/>
          <w:szCs w:val="24"/>
        </w:rPr>
        <w:t>priložiti sljedeću dokumentaciju:</w:t>
      </w:r>
    </w:p>
    <w:p w14:paraId="78A09654" w14:textId="77777777" w:rsidR="00B95D65" w:rsidRPr="00B95D65" w:rsidRDefault="00B95D65" w:rsidP="00B54D67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95D65">
        <w:rPr>
          <w:rFonts w:ascii="Times New Roman" w:hAnsi="Times New Roman" w:cs="Times New Roman"/>
          <w:sz w:val="24"/>
          <w:szCs w:val="24"/>
        </w:rPr>
        <w:t>1. presliku ugovora o smještaju sklopljenog između korisnika smještaja i pružatelja usluge smještaja,</w:t>
      </w:r>
    </w:p>
    <w:p w14:paraId="43B3FB78" w14:textId="77777777" w:rsidR="00B95D65" w:rsidRPr="00B95D65" w:rsidRDefault="00B95D65" w:rsidP="00B54D67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95D65">
        <w:rPr>
          <w:rFonts w:ascii="Times New Roman" w:hAnsi="Times New Roman" w:cs="Times New Roman"/>
          <w:sz w:val="24"/>
          <w:szCs w:val="24"/>
        </w:rPr>
        <w:t>2. presliku potvrde o uplaćenom iznosu za smještaj za prethodni mjesec,</w:t>
      </w:r>
    </w:p>
    <w:p w14:paraId="21DFC00F" w14:textId="2F07EDD8" w:rsidR="003E20A2" w:rsidRDefault="00C26CE1" w:rsidP="009273E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95D65" w:rsidRPr="00B95D65">
        <w:rPr>
          <w:rFonts w:ascii="Times New Roman" w:hAnsi="Times New Roman" w:cs="Times New Roman"/>
          <w:sz w:val="24"/>
          <w:szCs w:val="24"/>
        </w:rPr>
        <w:t>. izjavu o privoli za obradu i razmjenu osobnih poda</w:t>
      </w:r>
      <w:r w:rsidR="00171E88">
        <w:rPr>
          <w:rFonts w:ascii="Times New Roman" w:hAnsi="Times New Roman" w:cs="Times New Roman"/>
          <w:sz w:val="24"/>
          <w:szCs w:val="24"/>
        </w:rPr>
        <w:t>taka</w:t>
      </w:r>
      <w:r w:rsidR="00B95D65" w:rsidRPr="00B95D65">
        <w:rPr>
          <w:rFonts w:ascii="Times New Roman" w:hAnsi="Times New Roman" w:cs="Times New Roman"/>
          <w:sz w:val="24"/>
          <w:szCs w:val="24"/>
        </w:rPr>
        <w:t xml:space="preserve">, u svrhu </w:t>
      </w:r>
      <w:r w:rsidR="00171E88">
        <w:rPr>
          <w:rFonts w:ascii="Times New Roman" w:hAnsi="Times New Roman" w:cs="Times New Roman"/>
          <w:sz w:val="24"/>
          <w:szCs w:val="24"/>
        </w:rPr>
        <w:t xml:space="preserve">ostvarivanja prava na </w:t>
      </w:r>
      <w:r>
        <w:rPr>
          <w:rFonts w:ascii="Times New Roman" w:hAnsi="Times New Roman" w:cs="Times New Roman"/>
          <w:sz w:val="24"/>
          <w:szCs w:val="24"/>
        </w:rPr>
        <w:t>novčanu pomoć</w:t>
      </w:r>
      <w:r w:rsidR="009273E6">
        <w:rPr>
          <w:rFonts w:ascii="Times New Roman" w:hAnsi="Times New Roman" w:cs="Times New Roman"/>
          <w:sz w:val="24"/>
          <w:szCs w:val="24"/>
        </w:rPr>
        <w:t>,</w:t>
      </w:r>
    </w:p>
    <w:p w14:paraId="405F7A28" w14:textId="29F8209D" w:rsidR="00B54D67" w:rsidRDefault="00CD6210" w:rsidP="009273E6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3E20A2">
        <w:rPr>
          <w:rFonts w:ascii="Times New Roman" w:hAnsi="Times New Roman" w:cs="Times New Roman"/>
          <w:sz w:val="24"/>
          <w:szCs w:val="24"/>
        </w:rPr>
        <w:t>privolu/suglasnost da se novčana pomoć isplaćuje na račun pružatelja usluge smještaja</w:t>
      </w:r>
      <w:r w:rsidR="009273E6">
        <w:rPr>
          <w:rFonts w:ascii="Times New Roman" w:hAnsi="Times New Roman" w:cs="Times New Roman"/>
          <w:sz w:val="24"/>
          <w:szCs w:val="24"/>
        </w:rPr>
        <w:t>.</w:t>
      </w:r>
    </w:p>
    <w:p w14:paraId="64895C0F" w14:textId="77777777" w:rsidR="002D1869" w:rsidRDefault="008E6050" w:rsidP="002D186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4B55AFC3" w14:textId="73ECF53F" w:rsidR="00C26CE1" w:rsidRDefault="00B95D65" w:rsidP="002D1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CDA">
        <w:rPr>
          <w:rFonts w:ascii="Times New Roman" w:hAnsi="Times New Roman" w:cs="Times New Roman"/>
          <w:color w:val="000000" w:themeColor="text1"/>
          <w:sz w:val="24"/>
          <w:szCs w:val="24"/>
        </w:rPr>
        <w:t>Dokaz o visini dohotka</w:t>
      </w:r>
      <w:r w:rsidR="009877EE">
        <w:rPr>
          <w:rFonts w:ascii="Times New Roman" w:hAnsi="Times New Roman" w:cs="Times New Roman"/>
          <w:color w:val="000000" w:themeColor="text1"/>
          <w:sz w:val="24"/>
          <w:szCs w:val="24"/>
        </w:rPr>
        <w:t>/dohodaka</w:t>
      </w:r>
      <w:r w:rsidRPr="009D7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primitaka</w:t>
      </w:r>
      <w:r w:rsidR="00171E88" w:rsidRPr="009D7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kao i uvjerenje o prebivalištu </w:t>
      </w:r>
      <w:r w:rsidR="00C26CE1" w:rsidRPr="009D7CDA">
        <w:rPr>
          <w:rFonts w:ascii="Times New Roman" w:hAnsi="Times New Roman" w:cs="Times New Roman"/>
          <w:color w:val="000000" w:themeColor="text1"/>
          <w:sz w:val="24"/>
          <w:szCs w:val="24"/>
        </w:rPr>
        <w:t>korisnika smještaja</w:t>
      </w:r>
      <w:r w:rsidRPr="009D7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1E88" w:rsidRPr="009D7CDA">
        <w:rPr>
          <w:rFonts w:ascii="Times New Roman" w:hAnsi="Times New Roman" w:cs="Times New Roman"/>
          <w:color w:val="000000" w:themeColor="text1"/>
          <w:sz w:val="24"/>
          <w:szCs w:val="24"/>
        </w:rPr>
        <w:t>pribavlja</w:t>
      </w:r>
      <w:r w:rsidR="009D7CDA" w:rsidRPr="009D7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D7CDA">
        <w:rPr>
          <w:rFonts w:ascii="Times New Roman" w:hAnsi="Times New Roman" w:cs="Times New Roman"/>
          <w:color w:val="000000" w:themeColor="text1"/>
          <w:sz w:val="24"/>
          <w:szCs w:val="24"/>
        </w:rPr>
        <w:t>Upravni odjel po službenoj dužnosti</w:t>
      </w:r>
      <w:r w:rsidR="00171E88" w:rsidRPr="009D7CD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8B18022" w14:textId="77777777" w:rsidR="00F96DD3" w:rsidRPr="009D7CDA" w:rsidRDefault="00F96DD3" w:rsidP="00B95D65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5A0464" w14:textId="31293B1B" w:rsidR="00286FB9" w:rsidRPr="00286FB9" w:rsidRDefault="00000000" w:rsidP="00286FB9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941518">
        <w:rPr>
          <w:rFonts w:ascii="Times New Roman" w:hAnsi="Times New Roman" w:cs="Times New Roman"/>
          <w:b/>
          <w:sz w:val="24"/>
          <w:szCs w:val="24"/>
        </w:rPr>
        <w:t>5</w:t>
      </w:r>
      <w:r w:rsidRPr="00185901">
        <w:rPr>
          <w:rFonts w:ascii="Times New Roman" w:hAnsi="Times New Roman" w:cs="Times New Roman"/>
          <w:b/>
          <w:sz w:val="24"/>
          <w:szCs w:val="24"/>
        </w:rPr>
        <w:t>.</w:t>
      </w:r>
    </w:p>
    <w:p w14:paraId="39181B9D" w14:textId="3B4987A0" w:rsidR="003E20A2" w:rsidRDefault="009273E6" w:rsidP="009273E6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3E6">
        <w:rPr>
          <w:rFonts w:ascii="Times New Roman" w:hAnsi="Times New Roman" w:cs="Times New Roman"/>
          <w:sz w:val="24"/>
          <w:szCs w:val="24"/>
        </w:rPr>
        <w:t>Iznos novčane pomoći određuje se na temelju visine novčane pomoći i cenzusa određenih aktom iz članka 3.</w:t>
      </w:r>
      <w:r w:rsidR="002D1869">
        <w:rPr>
          <w:rFonts w:ascii="Times New Roman" w:hAnsi="Times New Roman" w:cs="Times New Roman"/>
          <w:sz w:val="24"/>
          <w:szCs w:val="24"/>
        </w:rPr>
        <w:t xml:space="preserve"> ove Odluke</w:t>
      </w:r>
      <w:r w:rsidRPr="009273E6">
        <w:rPr>
          <w:rFonts w:ascii="Times New Roman" w:hAnsi="Times New Roman" w:cs="Times New Roman"/>
          <w:sz w:val="24"/>
          <w:szCs w:val="24"/>
        </w:rPr>
        <w:t xml:space="preserve"> te prosječnoj visini dohodaka i primitaka u godini prije podnošenja zahtjeva prema poda</w:t>
      </w:r>
      <w:r w:rsidR="00E246C7">
        <w:rPr>
          <w:rFonts w:ascii="Times New Roman" w:hAnsi="Times New Roman" w:cs="Times New Roman"/>
          <w:sz w:val="24"/>
          <w:szCs w:val="24"/>
        </w:rPr>
        <w:t>cima</w:t>
      </w:r>
      <w:r w:rsidRPr="009273E6">
        <w:rPr>
          <w:rFonts w:ascii="Times New Roman" w:hAnsi="Times New Roman" w:cs="Times New Roman"/>
          <w:sz w:val="24"/>
          <w:szCs w:val="24"/>
        </w:rPr>
        <w:t xml:space="preserve"> Porezne uprave iz sustava EDIP.</w:t>
      </w:r>
    </w:p>
    <w:p w14:paraId="7965699E" w14:textId="77777777" w:rsidR="00AB18B2" w:rsidRDefault="00AB18B2" w:rsidP="009273E6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2B83804" w14:textId="7EAE7312" w:rsidR="00286FB9" w:rsidRDefault="00286FB9" w:rsidP="00286FB9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E4D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941518" w:rsidRPr="004C3E4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C3E4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AD25901" w14:textId="77777777" w:rsidR="002D1869" w:rsidRDefault="004C3E4D" w:rsidP="004C3E4D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3E4D">
        <w:rPr>
          <w:rFonts w:ascii="Times New Roman" w:hAnsi="Times New Roman" w:cs="Times New Roman"/>
          <w:sz w:val="24"/>
          <w:szCs w:val="24"/>
        </w:rPr>
        <w:t>Temeljem podnesenog zahtjeva, Koprivničko</w:t>
      </w:r>
      <w:r w:rsidR="00AB18B2">
        <w:rPr>
          <w:rFonts w:ascii="Times New Roman" w:hAnsi="Times New Roman" w:cs="Times New Roman"/>
          <w:sz w:val="24"/>
          <w:szCs w:val="24"/>
        </w:rPr>
        <w:t xml:space="preserve"> </w:t>
      </w:r>
      <w:r w:rsidRPr="004C3E4D">
        <w:rPr>
          <w:rFonts w:ascii="Times New Roman" w:hAnsi="Times New Roman" w:cs="Times New Roman"/>
          <w:sz w:val="24"/>
          <w:szCs w:val="24"/>
        </w:rPr>
        <w:t>-</w:t>
      </w:r>
      <w:r w:rsidR="00AB18B2">
        <w:rPr>
          <w:rFonts w:ascii="Times New Roman" w:hAnsi="Times New Roman" w:cs="Times New Roman"/>
          <w:sz w:val="24"/>
          <w:szCs w:val="24"/>
        </w:rPr>
        <w:t xml:space="preserve"> </w:t>
      </w:r>
      <w:r w:rsidRPr="004C3E4D">
        <w:rPr>
          <w:rFonts w:ascii="Times New Roman" w:hAnsi="Times New Roman" w:cs="Times New Roman"/>
          <w:sz w:val="24"/>
          <w:szCs w:val="24"/>
        </w:rPr>
        <w:t>križevačka županija sklapa s korisnikom (ili osobom koju</w:t>
      </w:r>
      <w:r w:rsidR="00AB18B2">
        <w:rPr>
          <w:rFonts w:ascii="Times New Roman" w:hAnsi="Times New Roman" w:cs="Times New Roman"/>
          <w:sz w:val="24"/>
          <w:szCs w:val="24"/>
        </w:rPr>
        <w:t xml:space="preserve"> korisnik</w:t>
      </w:r>
      <w:r w:rsidRPr="004C3E4D">
        <w:rPr>
          <w:rFonts w:ascii="Times New Roman" w:hAnsi="Times New Roman" w:cs="Times New Roman"/>
          <w:sz w:val="24"/>
          <w:szCs w:val="24"/>
        </w:rPr>
        <w:t xml:space="preserve"> za to ovlasti) </w:t>
      </w:r>
      <w:r w:rsidR="002D1869">
        <w:rPr>
          <w:rFonts w:ascii="Times New Roman" w:hAnsi="Times New Roman" w:cs="Times New Roman"/>
          <w:sz w:val="24"/>
          <w:szCs w:val="24"/>
        </w:rPr>
        <w:t>u</w:t>
      </w:r>
      <w:r w:rsidRPr="004C3E4D">
        <w:rPr>
          <w:rFonts w:ascii="Times New Roman" w:hAnsi="Times New Roman" w:cs="Times New Roman"/>
          <w:sz w:val="24"/>
          <w:szCs w:val="24"/>
        </w:rPr>
        <w:t xml:space="preserve">govor o sufinanciranju smještaja. </w:t>
      </w:r>
    </w:p>
    <w:p w14:paraId="2F76A09D" w14:textId="6BDCDC35" w:rsidR="004C3E4D" w:rsidRPr="004C3E4D" w:rsidRDefault="002D1869" w:rsidP="004C3E4D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Ugovorom iz stavka 1. ovog članka</w:t>
      </w:r>
      <w:r w:rsidR="004C3E4D" w:rsidRPr="004C3E4D">
        <w:rPr>
          <w:rFonts w:ascii="Times New Roman" w:hAnsi="Times New Roman" w:cs="Times New Roman"/>
          <w:sz w:val="24"/>
          <w:szCs w:val="24"/>
        </w:rPr>
        <w:t xml:space="preserve"> utvrđuj</w:t>
      </w:r>
      <w:r>
        <w:rPr>
          <w:rFonts w:ascii="Times New Roman" w:hAnsi="Times New Roman" w:cs="Times New Roman"/>
          <w:sz w:val="24"/>
          <w:szCs w:val="24"/>
        </w:rPr>
        <w:t>u se međusobna prava i obveze između korisnika i Koprivničko-križevačke županije.</w:t>
      </w:r>
      <w:r w:rsidR="004C3E4D" w:rsidRPr="004C3E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7C17AA" w14:textId="0B532FAE" w:rsidR="0064728E" w:rsidRDefault="004C3E4D" w:rsidP="00AB18B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3E4D">
        <w:rPr>
          <w:rFonts w:ascii="Times New Roman" w:hAnsi="Times New Roman" w:cs="Times New Roman"/>
          <w:sz w:val="24"/>
          <w:szCs w:val="24"/>
        </w:rPr>
        <w:t>Nakon sklapanja ugovora iz stavka 1. ovoga članka, a temeljem posebnog akta iz članka 3. ove Odluke, donosi se zaključak o visini odobrene pomoći za korisnika.</w:t>
      </w:r>
    </w:p>
    <w:p w14:paraId="211DA8DB" w14:textId="77777777" w:rsidR="00F96DD3" w:rsidRPr="0064728E" w:rsidRDefault="00F96DD3" w:rsidP="0064728E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2380724" w14:textId="0DBDB172" w:rsidR="009D7CDA" w:rsidRPr="009D7CDA" w:rsidRDefault="009D7CDA" w:rsidP="009D7CDA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7.</w:t>
      </w:r>
    </w:p>
    <w:p w14:paraId="39A9FDFF" w14:textId="3E3EC88C" w:rsidR="00A23DCC" w:rsidRPr="009273E6" w:rsidRDefault="00A23DCC" w:rsidP="009273E6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73E6">
        <w:rPr>
          <w:rFonts w:ascii="Times New Roman" w:hAnsi="Times New Roman" w:cs="Times New Roman"/>
          <w:sz w:val="24"/>
          <w:szCs w:val="24"/>
        </w:rPr>
        <w:t xml:space="preserve">Za potrebe sufinanciranja troškova smještaja Koprivničko-križevačka županija sklapa </w:t>
      </w:r>
      <w:r w:rsidR="00D71525">
        <w:rPr>
          <w:rFonts w:ascii="Times New Roman" w:hAnsi="Times New Roman" w:cs="Times New Roman"/>
          <w:sz w:val="24"/>
          <w:szCs w:val="24"/>
        </w:rPr>
        <w:t xml:space="preserve">i </w:t>
      </w:r>
      <w:r w:rsidRPr="009273E6">
        <w:rPr>
          <w:rFonts w:ascii="Times New Roman" w:hAnsi="Times New Roman" w:cs="Times New Roman"/>
          <w:sz w:val="24"/>
          <w:szCs w:val="24"/>
        </w:rPr>
        <w:t xml:space="preserve">ugovor o međusobnim </w:t>
      </w:r>
      <w:r w:rsidR="002D1869">
        <w:rPr>
          <w:rFonts w:ascii="Times New Roman" w:hAnsi="Times New Roman" w:cs="Times New Roman"/>
          <w:sz w:val="24"/>
          <w:szCs w:val="24"/>
        </w:rPr>
        <w:t xml:space="preserve">pravima i </w:t>
      </w:r>
      <w:r w:rsidRPr="009273E6">
        <w:rPr>
          <w:rFonts w:ascii="Times New Roman" w:hAnsi="Times New Roman" w:cs="Times New Roman"/>
          <w:sz w:val="24"/>
          <w:szCs w:val="24"/>
        </w:rPr>
        <w:t>odnosima s privatnim pružateljem usluge smještaja, kojim se uređuju uvjeti, način mjesečne isplate novčane pomoći za smještenog korisnika, rokovi izvještavanja te ostala međusobna prava i obveze.</w:t>
      </w:r>
    </w:p>
    <w:p w14:paraId="6352CC95" w14:textId="0D512461" w:rsidR="009D7CDA" w:rsidRPr="00D71525" w:rsidRDefault="00A23DCC" w:rsidP="009273E6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525">
        <w:rPr>
          <w:rFonts w:ascii="Times New Roman" w:hAnsi="Times New Roman" w:cs="Times New Roman"/>
          <w:sz w:val="24"/>
          <w:szCs w:val="24"/>
        </w:rPr>
        <w:t>Ugovor iz stavka 1. ovoga članka preduvjet je za isplatu odobrenih sredstava sufinanciranja</w:t>
      </w:r>
      <w:r w:rsidR="00C71EE7" w:rsidRPr="00D71525">
        <w:rPr>
          <w:rFonts w:ascii="Times New Roman" w:hAnsi="Times New Roman" w:cs="Times New Roman"/>
          <w:sz w:val="24"/>
          <w:szCs w:val="24"/>
        </w:rPr>
        <w:t xml:space="preserve"> korisnika smještaja</w:t>
      </w:r>
      <w:r w:rsidRPr="00D715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81C3C8" w14:textId="62B269AE" w:rsidR="00CC0925" w:rsidRPr="005B39C7" w:rsidRDefault="00286FB9" w:rsidP="005B39C7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8</w:t>
      </w:r>
      <w:r w:rsidRPr="00185901">
        <w:rPr>
          <w:rFonts w:ascii="Times New Roman" w:hAnsi="Times New Roman" w:cs="Times New Roman"/>
          <w:b/>
          <w:sz w:val="24"/>
          <w:szCs w:val="24"/>
        </w:rPr>
        <w:t>.</w:t>
      </w:r>
    </w:p>
    <w:p w14:paraId="6440A61F" w14:textId="5F1D78B9" w:rsidR="00CC0925" w:rsidRPr="00185901" w:rsidRDefault="00000000" w:rsidP="009273E6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sz w:val="24"/>
          <w:szCs w:val="24"/>
        </w:rPr>
        <w:t>Novčana pomoć</w:t>
      </w:r>
      <w:r w:rsidR="00B54D67">
        <w:rPr>
          <w:rFonts w:ascii="Times New Roman" w:hAnsi="Times New Roman" w:cs="Times New Roman"/>
          <w:sz w:val="24"/>
          <w:szCs w:val="24"/>
        </w:rPr>
        <w:t xml:space="preserve"> za korisnika smještaja</w:t>
      </w:r>
      <w:r w:rsidRPr="00185901">
        <w:rPr>
          <w:rFonts w:ascii="Times New Roman" w:hAnsi="Times New Roman" w:cs="Times New Roman"/>
          <w:sz w:val="24"/>
          <w:szCs w:val="24"/>
        </w:rPr>
        <w:t xml:space="preserve"> doznačavat će se na račun </w:t>
      </w:r>
      <w:r w:rsidR="00B54D67">
        <w:rPr>
          <w:rFonts w:ascii="Times New Roman" w:hAnsi="Times New Roman" w:cs="Times New Roman"/>
          <w:sz w:val="24"/>
          <w:szCs w:val="24"/>
        </w:rPr>
        <w:t>pružatelja usluge smještaja</w:t>
      </w:r>
      <w:r w:rsidR="005B39C7">
        <w:rPr>
          <w:rFonts w:ascii="Times New Roman" w:hAnsi="Times New Roman" w:cs="Times New Roman"/>
          <w:sz w:val="24"/>
          <w:szCs w:val="24"/>
        </w:rPr>
        <w:t xml:space="preserve">, </w:t>
      </w:r>
      <w:r w:rsidR="005B39C7" w:rsidRPr="005B39C7">
        <w:rPr>
          <w:rFonts w:ascii="Times New Roman" w:hAnsi="Times New Roman" w:cs="Times New Roman"/>
          <w:sz w:val="24"/>
          <w:szCs w:val="24"/>
        </w:rPr>
        <w:t xml:space="preserve">u </w:t>
      </w:r>
      <w:r w:rsidR="00142DEB">
        <w:rPr>
          <w:rFonts w:ascii="Times New Roman" w:hAnsi="Times New Roman" w:cs="Times New Roman"/>
          <w:sz w:val="24"/>
          <w:szCs w:val="24"/>
        </w:rPr>
        <w:t xml:space="preserve">tekućem </w:t>
      </w:r>
      <w:r w:rsidR="005B39C7" w:rsidRPr="005B39C7">
        <w:rPr>
          <w:rFonts w:ascii="Times New Roman" w:hAnsi="Times New Roman" w:cs="Times New Roman"/>
          <w:sz w:val="24"/>
          <w:szCs w:val="24"/>
        </w:rPr>
        <w:t xml:space="preserve">mjesecu za </w:t>
      </w:r>
      <w:r w:rsidR="00FA765A">
        <w:rPr>
          <w:rFonts w:ascii="Times New Roman" w:hAnsi="Times New Roman" w:cs="Times New Roman"/>
          <w:sz w:val="24"/>
          <w:szCs w:val="24"/>
        </w:rPr>
        <w:t xml:space="preserve">prethodni </w:t>
      </w:r>
      <w:r w:rsidR="005B39C7" w:rsidRPr="005B39C7">
        <w:rPr>
          <w:rFonts w:ascii="Times New Roman" w:hAnsi="Times New Roman" w:cs="Times New Roman"/>
          <w:sz w:val="24"/>
          <w:szCs w:val="24"/>
        </w:rPr>
        <w:t>mjesec</w:t>
      </w:r>
      <w:r w:rsidR="009273E6">
        <w:rPr>
          <w:rFonts w:ascii="Times New Roman" w:hAnsi="Times New Roman" w:cs="Times New Roman"/>
          <w:sz w:val="24"/>
          <w:szCs w:val="24"/>
        </w:rPr>
        <w:t>.</w:t>
      </w:r>
    </w:p>
    <w:p w14:paraId="19DAE892" w14:textId="7CBC4735" w:rsidR="005B39C7" w:rsidRDefault="00B54D67" w:rsidP="00C71E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4D67">
        <w:rPr>
          <w:rFonts w:ascii="Times New Roman" w:hAnsi="Times New Roman" w:cs="Times New Roman"/>
          <w:sz w:val="24"/>
          <w:szCs w:val="24"/>
        </w:rPr>
        <w:t>Novčana pomoć odobrava se i isplaćuje u punom mjesečnom iznosu, pod uvjetom da je korisnik koristio uslugu smještaja tijekom cijelog kalendarskog mjeseca za koji se isplata vrši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2EF014" w14:textId="7B24FC74" w:rsidR="00B54D67" w:rsidRDefault="005B39C7" w:rsidP="00C71E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Pružatelj usluge smještaja</w:t>
      </w:r>
      <w:r w:rsidR="00B54D67" w:rsidRPr="00B54D67">
        <w:rPr>
          <w:rFonts w:ascii="Times New Roman" w:hAnsi="Times New Roman" w:cs="Times New Roman"/>
          <w:sz w:val="24"/>
          <w:szCs w:val="24"/>
        </w:rPr>
        <w:t xml:space="preserve"> je dužan bez odgađanja</w:t>
      </w:r>
      <w:r w:rsidR="00FA765A">
        <w:rPr>
          <w:rFonts w:ascii="Times New Roman" w:hAnsi="Times New Roman" w:cs="Times New Roman"/>
          <w:sz w:val="24"/>
          <w:szCs w:val="24"/>
        </w:rPr>
        <w:t xml:space="preserve"> </w:t>
      </w:r>
      <w:r w:rsidR="00B54D67" w:rsidRPr="00B54D67">
        <w:rPr>
          <w:rFonts w:ascii="Times New Roman" w:hAnsi="Times New Roman" w:cs="Times New Roman"/>
          <w:sz w:val="24"/>
          <w:szCs w:val="24"/>
        </w:rPr>
        <w:t>obavijestiti nadležni Upravni odjel o svakoj promjeni koja utječe na ostvarivanje prava</w:t>
      </w:r>
      <w:r w:rsidR="00FA765A">
        <w:rPr>
          <w:rFonts w:ascii="Times New Roman" w:hAnsi="Times New Roman" w:cs="Times New Roman"/>
          <w:sz w:val="24"/>
          <w:szCs w:val="24"/>
        </w:rPr>
        <w:t xml:space="preserve"> korisnika smještaja na novčanu pomoć</w:t>
      </w:r>
      <w:r w:rsidR="00B54D67" w:rsidRPr="00B54D67">
        <w:rPr>
          <w:rFonts w:ascii="Times New Roman" w:hAnsi="Times New Roman" w:cs="Times New Roman"/>
          <w:sz w:val="24"/>
          <w:szCs w:val="24"/>
        </w:rPr>
        <w:t>, a osobito o prestanku smještaja ili smrti korisnika.</w:t>
      </w:r>
    </w:p>
    <w:p w14:paraId="4CC98C49" w14:textId="77777777" w:rsidR="00F96DD3" w:rsidRDefault="00F96DD3" w:rsidP="00C71E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A7E59BE" w14:textId="7FA16E37" w:rsidR="00D44B69" w:rsidRPr="00D44B69" w:rsidRDefault="00D44B69" w:rsidP="00D44B69">
      <w:pPr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9.</w:t>
      </w:r>
    </w:p>
    <w:p w14:paraId="581CC782" w14:textId="4D07A4C9" w:rsidR="00CC0925" w:rsidRDefault="00000000" w:rsidP="00C71E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sz w:val="24"/>
          <w:szCs w:val="24"/>
        </w:rPr>
        <w:t>Danom prestanka korištenja usluge smještaja</w:t>
      </w:r>
      <w:r w:rsidR="00D44B69">
        <w:rPr>
          <w:rFonts w:ascii="Times New Roman" w:hAnsi="Times New Roman" w:cs="Times New Roman"/>
          <w:sz w:val="24"/>
          <w:szCs w:val="24"/>
        </w:rPr>
        <w:t>,</w:t>
      </w:r>
      <w:r w:rsidRPr="00185901">
        <w:rPr>
          <w:rFonts w:ascii="Times New Roman" w:hAnsi="Times New Roman" w:cs="Times New Roman"/>
          <w:sz w:val="24"/>
          <w:szCs w:val="24"/>
        </w:rPr>
        <w:t xml:space="preserve"> prestaje isplata novčane pomoći</w:t>
      </w:r>
      <w:r w:rsidR="00D44B69">
        <w:rPr>
          <w:rFonts w:ascii="Times New Roman" w:hAnsi="Times New Roman" w:cs="Times New Roman"/>
          <w:sz w:val="24"/>
          <w:szCs w:val="24"/>
        </w:rPr>
        <w:t xml:space="preserve"> pružatelju usluge smještaja za tog korisnika</w:t>
      </w:r>
      <w:r w:rsidRPr="00185901">
        <w:rPr>
          <w:rFonts w:ascii="Times New Roman" w:hAnsi="Times New Roman" w:cs="Times New Roman"/>
          <w:sz w:val="24"/>
          <w:szCs w:val="24"/>
        </w:rPr>
        <w:t>.</w:t>
      </w:r>
    </w:p>
    <w:p w14:paraId="66B0CEBE" w14:textId="116F48BB" w:rsidR="00D44B69" w:rsidRPr="00D44B69" w:rsidRDefault="00D44B69" w:rsidP="00C71E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B69">
        <w:rPr>
          <w:rFonts w:ascii="Times New Roman" w:hAnsi="Times New Roman" w:cs="Times New Roman"/>
          <w:sz w:val="24"/>
          <w:szCs w:val="24"/>
        </w:rPr>
        <w:t>U slučaju prekida smještaja korisnika tijekom kalendarskog mjeseca</w:t>
      </w:r>
      <w:r w:rsidR="00D71525">
        <w:rPr>
          <w:rFonts w:ascii="Times New Roman" w:hAnsi="Times New Roman" w:cs="Times New Roman"/>
          <w:sz w:val="24"/>
          <w:szCs w:val="24"/>
        </w:rPr>
        <w:t>,</w:t>
      </w:r>
      <w:r w:rsidRPr="00D44B69">
        <w:rPr>
          <w:rFonts w:ascii="Times New Roman" w:hAnsi="Times New Roman" w:cs="Times New Roman"/>
          <w:sz w:val="24"/>
          <w:szCs w:val="24"/>
        </w:rPr>
        <w:t xml:space="preserve"> iz bilo kojeg razloga, Županija </w:t>
      </w:r>
      <w:r w:rsidR="00FA765A">
        <w:rPr>
          <w:rFonts w:ascii="Times New Roman" w:hAnsi="Times New Roman" w:cs="Times New Roman"/>
          <w:sz w:val="24"/>
          <w:szCs w:val="24"/>
        </w:rPr>
        <w:t>isplaćuje novčanu pomoći na račun pružatelja usluge smještaja</w:t>
      </w:r>
      <w:r w:rsidRPr="00D44B69">
        <w:rPr>
          <w:rFonts w:ascii="Times New Roman" w:hAnsi="Times New Roman" w:cs="Times New Roman"/>
          <w:sz w:val="24"/>
          <w:szCs w:val="24"/>
        </w:rPr>
        <w:t xml:space="preserve"> u razmjernom iznosu</w:t>
      </w:r>
      <w:r w:rsidR="00FA765A">
        <w:rPr>
          <w:rFonts w:ascii="Times New Roman" w:hAnsi="Times New Roman" w:cs="Times New Roman"/>
          <w:sz w:val="24"/>
          <w:szCs w:val="24"/>
        </w:rPr>
        <w:t xml:space="preserve"> odnosno</w:t>
      </w:r>
      <w:r w:rsidRPr="00D44B69">
        <w:rPr>
          <w:rFonts w:ascii="Times New Roman" w:hAnsi="Times New Roman" w:cs="Times New Roman"/>
          <w:sz w:val="24"/>
          <w:szCs w:val="24"/>
        </w:rPr>
        <w:t xml:space="preserve"> isključivo za dane stvarno provedene na smještaju do dana prekida smještaja (uključujući i taj dan).</w:t>
      </w:r>
    </w:p>
    <w:p w14:paraId="27F84171" w14:textId="401CF503" w:rsidR="00D44B69" w:rsidRDefault="00FA765A" w:rsidP="00C71E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Razmjeran</w:t>
      </w:r>
      <w:r w:rsidR="00D44B69" w:rsidRPr="00D44B69">
        <w:rPr>
          <w:rFonts w:ascii="Times New Roman" w:hAnsi="Times New Roman" w:cs="Times New Roman"/>
          <w:sz w:val="24"/>
          <w:szCs w:val="24"/>
        </w:rPr>
        <w:t xml:space="preserve"> iznos </w:t>
      </w:r>
      <w:r>
        <w:rPr>
          <w:rFonts w:ascii="Times New Roman" w:hAnsi="Times New Roman" w:cs="Times New Roman"/>
          <w:sz w:val="24"/>
          <w:szCs w:val="24"/>
        </w:rPr>
        <w:t>novčane pomoći</w:t>
      </w:r>
      <w:r w:rsidR="00D44B69" w:rsidRPr="00D44B69">
        <w:rPr>
          <w:rFonts w:ascii="Times New Roman" w:hAnsi="Times New Roman" w:cs="Times New Roman"/>
          <w:sz w:val="24"/>
          <w:szCs w:val="24"/>
        </w:rPr>
        <w:t xml:space="preserve"> iz stavka </w:t>
      </w:r>
      <w:r w:rsidR="00D44B69">
        <w:rPr>
          <w:rFonts w:ascii="Times New Roman" w:hAnsi="Times New Roman" w:cs="Times New Roman"/>
          <w:sz w:val="24"/>
          <w:szCs w:val="24"/>
        </w:rPr>
        <w:t>2</w:t>
      </w:r>
      <w:r w:rsidR="00D44B69" w:rsidRPr="00D44B69">
        <w:rPr>
          <w:rFonts w:ascii="Times New Roman" w:hAnsi="Times New Roman" w:cs="Times New Roman"/>
          <w:sz w:val="24"/>
          <w:szCs w:val="24"/>
        </w:rPr>
        <w:t xml:space="preserve">. ovoga članka izračunava se tako da se utvrđeni mjesečni iznos </w:t>
      </w:r>
      <w:r>
        <w:rPr>
          <w:rFonts w:ascii="Times New Roman" w:hAnsi="Times New Roman" w:cs="Times New Roman"/>
          <w:sz w:val="24"/>
          <w:szCs w:val="24"/>
        </w:rPr>
        <w:t>novčane pomoći</w:t>
      </w:r>
      <w:r w:rsidR="00D44B69" w:rsidRPr="00D44B69">
        <w:rPr>
          <w:rFonts w:ascii="Times New Roman" w:hAnsi="Times New Roman" w:cs="Times New Roman"/>
          <w:sz w:val="24"/>
          <w:szCs w:val="24"/>
        </w:rPr>
        <w:t xml:space="preserve"> podijeli s ukupnim brojem kalendarskih dana u mjesecu u kojem je smještaj prekinut.</w:t>
      </w:r>
    </w:p>
    <w:p w14:paraId="07DCAC00" w14:textId="77777777" w:rsidR="00F96DD3" w:rsidRPr="00D44B69" w:rsidRDefault="00F96DD3" w:rsidP="00C71EE7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31EA9F4" w14:textId="762BE903" w:rsidR="00CC0925" w:rsidRPr="00185901" w:rsidRDefault="0000000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D44B69">
        <w:rPr>
          <w:rFonts w:ascii="Times New Roman" w:hAnsi="Times New Roman" w:cs="Times New Roman"/>
          <w:b/>
          <w:sz w:val="24"/>
          <w:szCs w:val="24"/>
        </w:rPr>
        <w:t>10</w:t>
      </w:r>
      <w:r w:rsidRPr="00185901">
        <w:rPr>
          <w:rFonts w:ascii="Times New Roman" w:hAnsi="Times New Roman" w:cs="Times New Roman"/>
          <w:b/>
          <w:sz w:val="24"/>
          <w:szCs w:val="24"/>
        </w:rPr>
        <w:t>.</w:t>
      </w:r>
    </w:p>
    <w:p w14:paraId="1A6475A3" w14:textId="12F8CC27" w:rsidR="00F96DD3" w:rsidRPr="00B54D67" w:rsidRDefault="00F96DD3" w:rsidP="00B54D6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4D67" w:rsidRPr="00B54D67">
        <w:rPr>
          <w:rFonts w:ascii="Times New Roman" w:hAnsi="Times New Roman" w:cs="Times New Roman"/>
          <w:sz w:val="24"/>
          <w:szCs w:val="24"/>
        </w:rPr>
        <w:t>Nadležni Upravni odjel provodi redovitu kontrolu ispunjavanja uvjeta za sve korisnike prava</w:t>
      </w:r>
      <w:r w:rsidR="005B39C7">
        <w:rPr>
          <w:rFonts w:ascii="Times New Roman" w:hAnsi="Times New Roman" w:cs="Times New Roman"/>
          <w:sz w:val="24"/>
          <w:szCs w:val="24"/>
        </w:rPr>
        <w:t>,</w:t>
      </w:r>
      <w:r w:rsidR="00B54D67" w:rsidRPr="00B54D67">
        <w:rPr>
          <w:rFonts w:ascii="Times New Roman" w:hAnsi="Times New Roman" w:cs="Times New Roman"/>
          <w:sz w:val="24"/>
          <w:szCs w:val="24"/>
        </w:rPr>
        <w:t xml:space="preserve"> jednom godišnje po službenoj dužnosti</w:t>
      </w:r>
      <w:r w:rsidR="00FA765A">
        <w:rPr>
          <w:rFonts w:ascii="Times New Roman" w:hAnsi="Times New Roman" w:cs="Times New Roman"/>
          <w:sz w:val="24"/>
          <w:szCs w:val="24"/>
        </w:rPr>
        <w:t>, a po potrebi i češće</w:t>
      </w:r>
      <w:r w:rsidR="00B54D67" w:rsidRPr="00B54D67">
        <w:rPr>
          <w:rFonts w:ascii="Times New Roman" w:hAnsi="Times New Roman" w:cs="Times New Roman"/>
          <w:sz w:val="24"/>
          <w:szCs w:val="24"/>
        </w:rPr>
        <w:t>.</w:t>
      </w:r>
    </w:p>
    <w:p w14:paraId="64737764" w14:textId="75CB86C0" w:rsidR="00CC0925" w:rsidRPr="00185901" w:rsidRDefault="0000000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b/>
          <w:sz w:val="24"/>
          <w:szCs w:val="24"/>
        </w:rPr>
        <w:lastRenderedPageBreak/>
        <w:t>Članak 1</w:t>
      </w:r>
      <w:r w:rsidR="00D44B69">
        <w:rPr>
          <w:rFonts w:ascii="Times New Roman" w:hAnsi="Times New Roman" w:cs="Times New Roman"/>
          <w:b/>
          <w:sz w:val="24"/>
          <w:szCs w:val="24"/>
        </w:rPr>
        <w:t>1</w:t>
      </w:r>
      <w:r w:rsidRPr="00185901">
        <w:rPr>
          <w:rFonts w:ascii="Times New Roman" w:hAnsi="Times New Roman" w:cs="Times New Roman"/>
          <w:b/>
          <w:sz w:val="24"/>
          <w:szCs w:val="24"/>
        </w:rPr>
        <w:t>.</w:t>
      </w:r>
    </w:p>
    <w:p w14:paraId="2F7EE7BA" w14:textId="56AA4AF4" w:rsidR="00F96DD3" w:rsidRPr="00185901" w:rsidRDefault="00F96DD3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C3E4D">
        <w:rPr>
          <w:rFonts w:ascii="Times New Roman" w:hAnsi="Times New Roman" w:cs="Times New Roman"/>
          <w:sz w:val="24"/>
          <w:szCs w:val="24"/>
        </w:rPr>
        <w:t xml:space="preserve">Stupanjem na snagu ove Odluke prestaje važiti Odluka o sufinanciranju troškova smještaja u </w:t>
      </w:r>
      <w:r w:rsidR="00903698" w:rsidRPr="004C3E4D">
        <w:rPr>
          <w:rFonts w:ascii="Times New Roman" w:hAnsi="Times New Roman" w:cs="Times New Roman"/>
          <w:sz w:val="24"/>
          <w:szCs w:val="24"/>
        </w:rPr>
        <w:t xml:space="preserve">domove za starije i nemoćne osobe </w:t>
      </w:r>
      <w:r w:rsidRPr="004C3E4D">
        <w:rPr>
          <w:rFonts w:ascii="Times New Roman" w:hAnsi="Times New Roman" w:cs="Times New Roman"/>
          <w:sz w:val="24"/>
          <w:szCs w:val="24"/>
        </w:rPr>
        <w:t xml:space="preserve">(„Službeni glasnik Koprivničko-križevačke županije broj </w:t>
      </w:r>
      <w:r w:rsidR="00903698" w:rsidRPr="004C3E4D">
        <w:rPr>
          <w:rFonts w:ascii="Times New Roman" w:hAnsi="Times New Roman" w:cs="Times New Roman"/>
          <w:sz w:val="24"/>
          <w:szCs w:val="24"/>
        </w:rPr>
        <w:t xml:space="preserve"> 10/18. i 18/19.</w:t>
      </w:r>
      <w:r w:rsidRPr="004C3E4D">
        <w:rPr>
          <w:rFonts w:ascii="Times New Roman" w:hAnsi="Times New Roman" w:cs="Times New Roman"/>
          <w:sz w:val="24"/>
          <w:szCs w:val="24"/>
        </w:rPr>
        <w:t>).</w:t>
      </w:r>
    </w:p>
    <w:p w14:paraId="7D85A422" w14:textId="6D7269A8" w:rsidR="00CC0925" w:rsidRPr="00185901" w:rsidRDefault="00000000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b/>
          <w:sz w:val="24"/>
          <w:szCs w:val="24"/>
        </w:rPr>
        <w:t>Članak 1</w:t>
      </w:r>
      <w:r w:rsidR="00D44B69">
        <w:rPr>
          <w:rFonts w:ascii="Times New Roman" w:hAnsi="Times New Roman" w:cs="Times New Roman"/>
          <w:b/>
          <w:sz w:val="24"/>
          <w:szCs w:val="24"/>
        </w:rPr>
        <w:t>2</w:t>
      </w:r>
      <w:r w:rsidRPr="00185901">
        <w:rPr>
          <w:rFonts w:ascii="Times New Roman" w:hAnsi="Times New Roman" w:cs="Times New Roman"/>
          <w:b/>
          <w:sz w:val="24"/>
          <w:szCs w:val="24"/>
        </w:rPr>
        <w:t>.</w:t>
      </w:r>
    </w:p>
    <w:p w14:paraId="0AF6A85D" w14:textId="5AC9D1A6" w:rsidR="00CC0925" w:rsidRPr="00185901" w:rsidRDefault="00000000" w:rsidP="009273E6">
      <w:pPr>
        <w:spacing w:after="48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sz w:val="24"/>
          <w:szCs w:val="24"/>
        </w:rPr>
        <w:t xml:space="preserve">Ova Odluka objavit će se u „Službenom glasniku Koprivničko-križevačke županije", a stupa na snagu 1. </w:t>
      </w:r>
      <w:r w:rsidR="005B1E00">
        <w:rPr>
          <w:rFonts w:ascii="Times New Roman" w:hAnsi="Times New Roman" w:cs="Times New Roman"/>
          <w:sz w:val="24"/>
          <w:szCs w:val="24"/>
        </w:rPr>
        <w:t xml:space="preserve">siječnja </w:t>
      </w:r>
      <w:r w:rsidRPr="00185901">
        <w:rPr>
          <w:rFonts w:ascii="Times New Roman" w:hAnsi="Times New Roman" w:cs="Times New Roman"/>
          <w:sz w:val="24"/>
          <w:szCs w:val="24"/>
        </w:rPr>
        <w:t>20</w:t>
      </w:r>
      <w:r w:rsidR="005B1E00">
        <w:rPr>
          <w:rFonts w:ascii="Times New Roman" w:hAnsi="Times New Roman" w:cs="Times New Roman"/>
          <w:sz w:val="24"/>
          <w:szCs w:val="24"/>
        </w:rPr>
        <w:t>27</w:t>
      </w:r>
      <w:r w:rsidRPr="00185901">
        <w:rPr>
          <w:rFonts w:ascii="Times New Roman" w:hAnsi="Times New Roman" w:cs="Times New Roman"/>
          <w:sz w:val="24"/>
          <w:szCs w:val="24"/>
        </w:rPr>
        <w:t>. godine.</w:t>
      </w:r>
    </w:p>
    <w:p w14:paraId="33A59C93" w14:textId="77777777" w:rsidR="00CC0925" w:rsidRPr="00185901" w:rsidRDefault="00000000" w:rsidP="005B1E00">
      <w:pPr>
        <w:jc w:val="center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sz w:val="24"/>
          <w:szCs w:val="24"/>
        </w:rPr>
        <w:t>ŽUPANIJSKA SKUPŠTINA</w:t>
      </w:r>
      <w:r w:rsidRPr="00185901">
        <w:rPr>
          <w:rFonts w:ascii="Times New Roman" w:hAnsi="Times New Roman" w:cs="Times New Roman"/>
          <w:sz w:val="24"/>
          <w:szCs w:val="24"/>
        </w:rPr>
        <w:br/>
        <w:t>KOPRIVNIČKO-KRIŽEVAČKE ŽUPANIJE</w:t>
      </w:r>
    </w:p>
    <w:p w14:paraId="64773442" w14:textId="77777777" w:rsidR="00C71EE7" w:rsidRDefault="00C71EE7">
      <w:pPr>
        <w:rPr>
          <w:rFonts w:ascii="Times New Roman" w:hAnsi="Times New Roman" w:cs="Times New Roman"/>
          <w:sz w:val="24"/>
          <w:szCs w:val="24"/>
        </w:rPr>
      </w:pPr>
    </w:p>
    <w:p w14:paraId="7374945B" w14:textId="5D0D5B5F" w:rsidR="00CC0925" w:rsidRDefault="00000000">
      <w:pPr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sz w:val="24"/>
          <w:szCs w:val="24"/>
        </w:rPr>
        <w:t xml:space="preserve">KLASA: </w:t>
      </w:r>
      <w:r w:rsidRPr="00185901">
        <w:rPr>
          <w:rFonts w:ascii="Times New Roman" w:hAnsi="Times New Roman" w:cs="Times New Roman"/>
          <w:sz w:val="24"/>
          <w:szCs w:val="24"/>
        </w:rPr>
        <w:br/>
        <w:t xml:space="preserve">URBROJ: </w:t>
      </w:r>
      <w:r w:rsidRPr="00185901">
        <w:rPr>
          <w:rFonts w:ascii="Times New Roman" w:hAnsi="Times New Roman" w:cs="Times New Roman"/>
          <w:sz w:val="24"/>
          <w:szCs w:val="24"/>
        </w:rPr>
        <w:br/>
        <w:t>Koprivnica,</w:t>
      </w:r>
      <w:r w:rsidR="005B1E00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185901">
        <w:rPr>
          <w:rFonts w:ascii="Times New Roman" w:hAnsi="Times New Roman" w:cs="Times New Roman"/>
          <w:sz w:val="24"/>
          <w:szCs w:val="24"/>
        </w:rPr>
        <w:t>20</w:t>
      </w:r>
      <w:r w:rsidR="005B1E00">
        <w:rPr>
          <w:rFonts w:ascii="Times New Roman" w:hAnsi="Times New Roman" w:cs="Times New Roman"/>
          <w:sz w:val="24"/>
          <w:szCs w:val="24"/>
        </w:rPr>
        <w:t>26</w:t>
      </w:r>
      <w:r w:rsidRPr="00185901">
        <w:rPr>
          <w:rFonts w:ascii="Times New Roman" w:hAnsi="Times New Roman" w:cs="Times New Roman"/>
          <w:sz w:val="24"/>
          <w:szCs w:val="24"/>
        </w:rPr>
        <w:t>.</w:t>
      </w:r>
    </w:p>
    <w:p w14:paraId="647AC244" w14:textId="77777777" w:rsidR="005B1E00" w:rsidRPr="00185901" w:rsidRDefault="005B1E00">
      <w:pPr>
        <w:rPr>
          <w:rFonts w:ascii="Times New Roman" w:hAnsi="Times New Roman" w:cs="Times New Roman"/>
          <w:sz w:val="24"/>
          <w:szCs w:val="24"/>
        </w:rPr>
      </w:pPr>
    </w:p>
    <w:p w14:paraId="03B4A82A" w14:textId="77777777" w:rsidR="005B1E00" w:rsidRDefault="00000000" w:rsidP="005B1E00">
      <w:pPr>
        <w:ind w:left="6480"/>
        <w:jc w:val="center"/>
        <w:rPr>
          <w:rFonts w:ascii="Times New Roman" w:hAnsi="Times New Roman" w:cs="Times New Roman"/>
          <w:sz w:val="24"/>
          <w:szCs w:val="24"/>
        </w:rPr>
      </w:pPr>
      <w:r w:rsidRPr="00185901">
        <w:rPr>
          <w:rFonts w:ascii="Times New Roman" w:hAnsi="Times New Roman" w:cs="Times New Roman"/>
          <w:sz w:val="24"/>
          <w:szCs w:val="24"/>
        </w:rPr>
        <w:t>PREDSJEDNIK</w:t>
      </w:r>
    </w:p>
    <w:p w14:paraId="5A6C68E8" w14:textId="37EC6A3E" w:rsidR="00CC0925" w:rsidRDefault="005B1E00" w:rsidP="005B1E00">
      <w:pPr>
        <w:ind w:left="64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Ivan Pal</w:t>
      </w:r>
    </w:p>
    <w:p w14:paraId="56D9FD0A" w14:textId="77777777" w:rsidR="0066345F" w:rsidRDefault="0066345F" w:rsidP="005B1E00">
      <w:pPr>
        <w:ind w:left="6480"/>
        <w:jc w:val="center"/>
        <w:rPr>
          <w:rFonts w:ascii="Times New Roman" w:hAnsi="Times New Roman" w:cs="Times New Roman"/>
          <w:sz w:val="24"/>
          <w:szCs w:val="24"/>
        </w:rPr>
      </w:pPr>
    </w:p>
    <w:p w14:paraId="753F64D5" w14:textId="77777777" w:rsidR="0066345F" w:rsidRDefault="0066345F" w:rsidP="005B1E00">
      <w:pPr>
        <w:ind w:left="6480"/>
        <w:jc w:val="center"/>
        <w:rPr>
          <w:rFonts w:ascii="Times New Roman" w:hAnsi="Times New Roman" w:cs="Times New Roman"/>
          <w:sz w:val="24"/>
          <w:szCs w:val="24"/>
        </w:rPr>
      </w:pPr>
    </w:p>
    <w:p w14:paraId="1B1E5DD4" w14:textId="77777777" w:rsidR="0066345F" w:rsidRDefault="0066345F" w:rsidP="005B1E00">
      <w:pPr>
        <w:ind w:left="6480"/>
        <w:jc w:val="center"/>
        <w:rPr>
          <w:rFonts w:ascii="Times New Roman" w:hAnsi="Times New Roman" w:cs="Times New Roman"/>
          <w:sz w:val="24"/>
          <w:szCs w:val="24"/>
        </w:rPr>
      </w:pPr>
    </w:p>
    <w:p w14:paraId="2FE18A8E" w14:textId="77777777" w:rsidR="0066345F" w:rsidRDefault="0066345F" w:rsidP="005B1E00">
      <w:pPr>
        <w:ind w:left="6480"/>
        <w:jc w:val="center"/>
        <w:rPr>
          <w:rFonts w:ascii="Times New Roman" w:hAnsi="Times New Roman" w:cs="Times New Roman"/>
          <w:sz w:val="24"/>
          <w:szCs w:val="24"/>
        </w:rPr>
      </w:pPr>
    </w:p>
    <w:p w14:paraId="15979E58" w14:textId="77777777" w:rsidR="0066345F" w:rsidRDefault="0066345F" w:rsidP="005B1E00">
      <w:pPr>
        <w:ind w:left="6480"/>
        <w:jc w:val="center"/>
        <w:rPr>
          <w:rFonts w:ascii="Times New Roman" w:hAnsi="Times New Roman" w:cs="Times New Roman"/>
          <w:sz w:val="24"/>
          <w:szCs w:val="24"/>
        </w:rPr>
      </w:pPr>
    </w:p>
    <w:p w14:paraId="148BC230" w14:textId="77777777" w:rsidR="0066345F" w:rsidRDefault="0066345F" w:rsidP="005B1E00">
      <w:pPr>
        <w:ind w:left="6480"/>
        <w:jc w:val="center"/>
        <w:rPr>
          <w:rFonts w:ascii="Times New Roman" w:hAnsi="Times New Roman" w:cs="Times New Roman"/>
          <w:sz w:val="24"/>
          <w:szCs w:val="24"/>
        </w:rPr>
      </w:pPr>
    </w:p>
    <w:p w14:paraId="744AFC43" w14:textId="77777777" w:rsidR="0066345F" w:rsidRDefault="0066345F" w:rsidP="005B1E00">
      <w:pPr>
        <w:ind w:left="6480"/>
        <w:jc w:val="center"/>
        <w:rPr>
          <w:rFonts w:ascii="Times New Roman" w:hAnsi="Times New Roman" w:cs="Times New Roman"/>
          <w:sz w:val="24"/>
          <w:szCs w:val="24"/>
        </w:rPr>
      </w:pPr>
    </w:p>
    <w:sectPr w:rsidR="0066345F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C5191" w14:textId="77777777" w:rsidR="00E93A60" w:rsidRDefault="00E93A60" w:rsidP="00AB18B2">
      <w:pPr>
        <w:spacing w:after="0" w:line="240" w:lineRule="auto"/>
      </w:pPr>
      <w:r>
        <w:separator/>
      </w:r>
    </w:p>
  </w:endnote>
  <w:endnote w:type="continuationSeparator" w:id="0">
    <w:p w14:paraId="4D8B0D46" w14:textId="77777777" w:rsidR="00E93A60" w:rsidRDefault="00E93A60" w:rsidP="00AB1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7753386"/>
      <w:docPartObj>
        <w:docPartGallery w:val="Page Numbers (Bottom of Page)"/>
        <w:docPartUnique/>
      </w:docPartObj>
    </w:sdtPr>
    <w:sdtContent>
      <w:p w14:paraId="645DCBA0" w14:textId="1625B327" w:rsidR="00AB18B2" w:rsidRDefault="00AB18B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B662D8" w14:textId="77777777" w:rsidR="00AB18B2" w:rsidRDefault="00AB18B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6838A" w14:textId="77777777" w:rsidR="00E93A60" w:rsidRDefault="00E93A60" w:rsidP="00AB18B2">
      <w:pPr>
        <w:spacing w:after="0" w:line="240" w:lineRule="auto"/>
      </w:pPr>
      <w:r>
        <w:separator/>
      </w:r>
    </w:p>
  </w:footnote>
  <w:footnote w:type="continuationSeparator" w:id="0">
    <w:p w14:paraId="7BC61067" w14:textId="77777777" w:rsidR="00E93A60" w:rsidRDefault="00E93A60" w:rsidP="00AB18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967FC4"/>
    <w:multiLevelType w:val="hybridMultilevel"/>
    <w:tmpl w:val="9E84A168"/>
    <w:lvl w:ilvl="0" w:tplc="5F8E616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FD5205A"/>
    <w:multiLevelType w:val="hybridMultilevel"/>
    <w:tmpl w:val="BFB29B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04F64"/>
    <w:multiLevelType w:val="multilevel"/>
    <w:tmpl w:val="C602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280D87"/>
    <w:multiLevelType w:val="multilevel"/>
    <w:tmpl w:val="5D24C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636CDD"/>
    <w:multiLevelType w:val="hybridMultilevel"/>
    <w:tmpl w:val="43CE9CD6"/>
    <w:lvl w:ilvl="0" w:tplc="DB82CC9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507095C"/>
    <w:multiLevelType w:val="multilevel"/>
    <w:tmpl w:val="69A4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B13DCF"/>
    <w:multiLevelType w:val="hybridMultilevel"/>
    <w:tmpl w:val="8C32F050"/>
    <w:lvl w:ilvl="0" w:tplc="2472B1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65496"/>
    <w:multiLevelType w:val="hybridMultilevel"/>
    <w:tmpl w:val="B6569F68"/>
    <w:lvl w:ilvl="0" w:tplc="64767DD4">
      <w:numFmt w:val="bullet"/>
      <w:lvlText w:val="-"/>
      <w:lvlJc w:val="left"/>
      <w:pPr>
        <w:ind w:left="1440" w:hanging="360"/>
      </w:pPr>
      <w:rPr>
        <w:rFonts w:ascii="Aptos" w:eastAsia="Aptos" w:hAnsi="Aptos" w:cs="Aptos" w:hint="default"/>
        <w:b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EEF7062"/>
    <w:multiLevelType w:val="hybridMultilevel"/>
    <w:tmpl w:val="400A5480"/>
    <w:lvl w:ilvl="0" w:tplc="67386842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0FF202A"/>
    <w:multiLevelType w:val="hybridMultilevel"/>
    <w:tmpl w:val="C7F22BA6"/>
    <w:lvl w:ilvl="0" w:tplc="77DCC14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A4B1A"/>
    <w:multiLevelType w:val="multilevel"/>
    <w:tmpl w:val="C2BA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9F75EB"/>
    <w:multiLevelType w:val="multilevel"/>
    <w:tmpl w:val="0DAE4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269838">
    <w:abstractNumId w:val="8"/>
  </w:num>
  <w:num w:numId="2" w16cid:durableId="49810561">
    <w:abstractNumId w:val="6"/>
  </w:num>
  <w:num w:numId="3" w16cid:durableId="1746537006">
    <w:abstractNumId w:val="5"/>
  </w:num>
  <w:num w:numId="4" w16cid:durableId="1996832366">
    <w:abstractNumId w:val="4"/>
  </w:num>
  <w:num w:numId="5" w16cid:durableId="368072402">
    <w:abstractNumId w:val="7"/>
  </w:num>
  <w:num w:numId="6" w16cid:durableId="181670171">
    <w:abstractNumId w:val="3"/>
  </w:num>
  <w:num w:numId="7" w16cid:durableId="861938695">
    <w:abstractNumId w:val="2"/>
  </w:num>
  <w:num w:numId="8" w16cid:durableId="1508666134">
    <w:abstractNumId w:val="1"/>
  </w:num>
  <w:num w:numId="9" w16cid:durableId="576718029">
    <w:abstractNumId w:val="0"/>
  </w:num>
  <w:num w:numId="10" w16cid:durableId="1554853450">
    <w:abstractNumId w:val="10"/>
  </w:num>
  <w:num w:numId="11" w16cid:durableId="609507635">
    <w:abstractNumId w:val="14"/>
  </w:num>
  <w:num w:numId="12" w16cid:durableId="142741538">
    <w:abstractNumId w:val="20"/>
  </w:num>
  <w:num w:numId="13" w16cid:durableId="1956450008">
    <w:abstractNumId w:val="12"/>
  </w:num>
  <w:num w:numId="14" w16cid:durableId="282005858">
    <w:abstractNumId w:val="19"/>
  </w:num>
  <w:num w:numId="15" w16cid:durableId="622924384">
    <w:abstractNumId w:val="11"/>
  </w:num>
  <w:num w:numId="16" w16cid:durableId="556748079">
    <w:abstractNumId w:val="18"/>
  </w:num>
  <w:num w:numId="17" w16cid:durableId="1978871178">
    <w:abstractNumId w:val="17"/>
  </w:num>
  <w:num w:numId="18" w16cid:durableId="1932739756">
    <w:abstractNumId w:val="9"/>
  </w:num>
  <w:num w:numId="19" w16cid:durableId="966276232">
    <w:abstractNumId w:val="15"/>
  </w:num>
  <w:num w:numId="20" w16cid:durableId="1674332446">
    <w:abstractNumId w:val="16"/>
  </w:num>
  <w:num w:numId="21" w16cid:durableId="1309019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D5D"/>
    <w:rsid w:val="00047D30"/>
    <w:rsid w:val="0006063C"/>
    <w:rsid w:val="00081D79"/>
    <w:rsid w:val="00087AB9"/>
    <w:rsid w:val="000A282B"/>
    <w:rsid w:val="000C2F38"/>
    <w:rsid w:val="000F4F33"/>
    <w:rsid w:val="00142DEB"/>
    <w:rsid w:val="0015074B"/>
    <w:rsid w:val="00151FDC"/>
    <w:rsid w:val="00171E88"/>
    <w:rsid w:val="00185901"/>
    <w:rsid w:val="00195E11"/>
    <w:rsid w:val="001C635D"/>
    <w:rsid w:val="00286FB9"/>
    <w:rsid w:val="0029639D"/>
    <w:rsid w:val="002C2B33"/>
    <w:rsid w:val="002D1869"/>
    <w:rsid w:val="002D7631"/>
    <w:rsid w:val="00326F90"/>
    <w:rsid w:val="003707E3"/>
    <w:rsid w:val="003E20A2"/>
    <w:rsid w:val="004448C7"/>
    <w:rsid w:val="00453A41"/>
    <w:rsid w:val="004548FA"/>
    <w:rsid w:val="00481C8A"/>
    <w:rsid w:val="004C3E4D"/>
    <w:rsid w:val="005959E9"/>
    <w:rsid w:val="005B1E00"/>
    <w:rsid w:val="005B39C7"/>
    <w:rsid w:val="005F2C08"/>
    <w:rsid w:val="0064309B"/>
    <w:rsid w:val="0064728E"/>
    <w:rsid w:val="0066345F"/>
    <w:rsid w:val="006726F4"/>
    <w:rsid w:val="00684CF1"/>
    <w:rsid w:val="006B0EB6"/>
    <w:rsid w:val="006D320F"/>
    <w:rsid w:val="00714764"/>
    <w:rsid w:val="00765F62"/>
    <w:rsid w:val="00804EEA"/>
    <w:rsid w:val="00820A40"/>
    <w:rsid w:val="008E6050"/>
    <w:rsid w:val="00903698"/>
    <w:rsid w:val="00904AB3"/>
    <w:rsid w:val="009273E6"/>
    <w:rsid w:val="00941518"/>
    <w:rsid w:val="00941FE5"/>
    <w:rsid w:val="00946D29"/>
    <w:rsid w:val="00970991"/>
    <w:rsid w:val="0098240D"/>
    <w:rsid w:val="009877EE"/>
    <w:rsid w:val="009D7CDA"/>
    <w:rsid w:val="00A1739C"/>
    <w:rsid w:val="00A23DCC"/>
    <w:rsid w:val="00A86BD1"/>
    <w:rsid w:val="00A95C92"/>
    <w:rsid w:val="00AA1D8D"/>
    <w:rsid w:val="00AB18B2"/>
    <w:rsid w:val="00B25CB3"/>
    <w:rsid w:val="00B47730"/>
    <w:rsid w:val="00B54D67"/>
    <w:rsid w:val="00B95D65"/>
    <w:rsid w:val="00C26CE1"/>
    <w:rsid w:val="00C6042E"/>
    <w:rsid w:val="00C71EE7"/>
    <w:rsid w:val="00C90D3B"/>
    <w:rsid w:val="00CB0664"/>
    <w:rsid w:val="00CC0925"/>
    <w:rsid w:val="00CC7C03"/>
    <w:rsid w:val="00CD6210"/>
    <w:rsid w:val="00D002D8"/>
    <w:rsid w:val="00D44B69"/>
    <w:rsid w:val="00D71525"/>
    <w:rsid w:val="00E246C7"/>
    <w:rsid w:val="00E3443A"/>
    <w:rsid w:val="00E568A4"/>
    <w:rsid w:val="00E93A60"/>
    <w:rsid w:val="00E9446C"/>
    <w:rsid w:val="00EA084F"/>
    <w:rsid w:val="00EF7DC3"/>
    <w:rsid w:val="00F96DD3"/>
    <w:rsid w:val="00FA76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4D542A"/>
  <w14:defaultImageDpi w14:val="300"/>
  <w15:docId w15:val="{8AC07976-73C7-4A1C-908F-134E1B01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71476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71476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714764"/>
    <w:rPr>
      <w:rFonts w:ascii="Arial" w:hAnsi="Arial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1476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14764"/>
    <w:rPr>
      <w:rFonts w:ascii="Arial" w:hAnsi="Arial"/>
      <w:b/>
      <w:bCs/>
      <w:sz w:val="20"/>
      <w:szCs w:val="20"/>
      <w:lang w:val="hr-HR"/>
    </w:rPr>
  </w:style>
  <w:style w:type="paragraph" w:styleId="Revizija">
    <w:name w:val="Revision"/>
    <w:hidden/>
    <w:uiPriority w:val="99"/>
    <w:semiHidden/>
    <w:rsid w:val="00A86BD1"/>
    <w:pPr>
      <w:spacing w:after="0" w:line="240" w:lineRule="auto"/>
    </w:pPr>
    <w:rPr>
      <w:rFonts w:ascii="Arial" w:hAnsi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1000</Words>
  <Characters>5701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Helena Matica</cp:lastModifiedBy>
  <cp:revision>6</cp:revision>
  <cp:lastPrinted>2026-11-06T07:33:00Z</cp:lastPrinted>
  <dcterms:created xsi:type="dcterms:W3CDTF">2026-11-03T12:40:00Z</dcterms:created>
  <dcterms:modified xsi:type="dcterms:W3CDTF">2026-11-06T12:03:00Z</dcterms:modified>
  <cp:category/>
</cp:coreProperties>
</file>